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DE29C"/>
  <w:body>
    <w:p w14:paraId="448C4B71" w14:textId="470910F3" w:rsidR="00E53ED6" w:rsidRPr="009B2D3F" w:rsidRDefault="00501837">
      <w:pPr>
        <w:pStyle w:val="Title"/>
        <w:rPr>
          <w:rFonts w:ascii="Arial" w:hAnsi="Arial" w:cs="Arial"/>
        </w:rPr>
      </w:pPr>
      <w:r w:rsidRPr="009B2D3F">
        <w:rPr>
          <w:rFonts w:ascii="Arial" w:hAnsi="Arial" w:cs="Arial"/>
        </w:rPr>
        <w:t>Ascent to Serenity Support</w:t>
      </w:r>
    </w:p>
    <w:p w14:paraId="55370AA9" w14:textId="5300F634" w:rsidR="00E53ED6" w:rsidRPr="009B2D3F" w:rsidRDefault="00501837">
      <w:pPr>
        <w:rPr>
          <w:rFonts w:ascii="Arial" w:hAnsi="Arial" w:cs="Arial"/>
          <w:sz w:val="36"/>
          <w:szCs w:val="36"/>
        </w:rPr>
      </w:pPr>
      <w:r w:rsidRPr="009B2D3F">
        <w:rPr>
          <w:rFonts w:ascii="Arial" w:hAnsi="Arial" w:cs="Arial"/>
          <w:sz w:val="36"/>
          <w:szCs w:val="36"/>
        </w:rPr>
        <w:t>Professional Certifications</w:t>
      </w:r>
    </w:p>
    <w:p w14:paraId="3BA0E2B7" w14:textId="41DC1098" w:rsidR="00E53ED6" w:rsidRDefault="009B2D3F">
      <w:r>
        <w:rPr>
          <w:noProof/>
        </w:rPr>
        <w:drawing>
          <wp:anchor distT="0" distB="0" distL="114300" distR="114300" simplePos="0" relativeHeight="251658240" behindDoc="1" locked="0" layoutInCell="1" allowOverlap="1" wp14:anchorId="7BB44EDE" wp14:editId="74185E72">
            <wp:simplePos x="0" y="0"/>
            <wp:positionH relativeFrom="column">
              <wp:posOffset>497730</wp:posOffset>
            </wp:positionH>
            <wp:positionV relativeFrom="paragraph">
              <wp:posOffset>622438</wp:posOffset>
            </wp:positionV>
            <wp:extent cx="4471035" cy="4471035"/>
            <wp:effectExtent l="0" t="0" r="5715" b="5715"/>
            <wp:wrapNone/>
            <wp:docPr id="1987628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28473" name="Picture 1987628473"/>
                    <pic:cNvPicPr/>
                  </pic:nvPicPr>
                  <pic:blipFill>
                    <a:blip r:embed="rId8">
                      <a:alphaModFix amt="3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837">
        <w:br w:type="page"/>
      </w:r>
    </w:p>
    <w:p w14:paraId="262660D9" w14:textId="77777777" w:rsidR="00E53ED6" w:rsidRDefault="00501837">
      <w:r>
        <w:rPr>
          <w:noProof/>
        </w:rPr>
        <w:lastRenderedPageBreak/>
        <w:drawing>
          <wp:inline distT="0" distB="0" distL="0" distR="0" wp14:anchorId="1708E759" wp14:editId="17DD0712">
            <wp:extent cx="5485413" cy="6854024"/>
            <wp:effectExtent l="0" t="0" r="127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 1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-1305" t="17688" r="1305" b="17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76" cy="685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E1A8F" w14:textId="77777777" w:rsidR="00E53ED6" w:rsidRDefault="00501837">
      <w:r>
        <w:br w:type="page"/>
      </w:r>
    </w:p>
    <w:p w14:paraId="1A2D9C7E" w14:textId="010C4DF3" w:rsidR="00E53ED6" w:rsidRDefault="00501837">
      <w:r>
        <w:rPr>
          <w:noProof/>
        </w:rPr>
        <w:lastRenderedPageBreak/>
        <w:drawing>
          <wp:inline distT="0" distB="0" distL="0" distR="0" wp14:anchorId="5354314D" wp14:editId="21854B2B">
            <wp:extent cx="5580374" cy="6873766"/>
            <wp:effectExtent l="0" t="0" r="190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 2.jpg"/>
                    <pic:cNvPicPr/>
                  </pic:nvPicPr>
                  <pic:blipFill rotWithShape="1">
                    <a:blip r:embed="rId11"/>
                    <a:srcRect l="13220" t="27978" r="18375" b="2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27" cy="690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21B88" w14:textId="73E350FE" w:rsidR="009B2D3F" w:rsidRDefault="00501837">
      <w:r>
        <w:br w:type="page"/>
      </w:r>
      <w:r w:rsidR="00B9568D">
        <w:rPr>
          <w:noProof/>
        </w:rPr>
        <w:lastRenderedPageBreak/>
        <w:drawing>
          <wp:inline distT="0" distB="0" distL="0" distR="0" wp14:anchorId="72A71469" wp14:editId="0EC6EEF8">
            <wp:extent cx="5439103" cy="6968359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 4.jpg"/>
                    <pic:cNvPicPr/>
                  </pic:nvPicPr>
                  <pic:blipFill rotWithShape="1">
                    <a:blip r:embed="rId12"/>
                    <a:srcRect t="20022" r="851" b="2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33" cy="6969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05155" w14:textId="59528E0A" w:rsidR="00E53ED6" w:rsidRDefault="00E53ED6"/>
    <w:p w14:paraId="2B3D1C99" w14:textId="77777777" w:rsidR="00E53ED6" w:rsidRDefault="00501837">
      <w:r>
        <w:br w:type="page"/>
      </w:r>
    </w:p>
    <w:p w14:paraId="627ED094" w14:textId="77777777" w:rsidR="00E53ED6" w:rsidRDefault="00501837">
      <w:r>
        <w:rPr>
          <w:noProof/>
        </w:rPr>
        <w:lastRenderedPageBreak/>
        <w:drawing>
          <wp:inline distT="0" distB="0" distL="0" distR="0" wp14:anchorId="397AF3B8" wp14:editId="34EF8F47">
            <wp:extent cx="5786225" cy="6999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 5.jpg"/>
                    <pic:cNvPicPr/>
                  </pic:nvPicPr>
                  <pic:blipFill rotWithShape="1">
                    <a:blip r:embed="rId13"/>
                    <a:srcRect l="2874" t="26388" r="-2874" b="1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4" cy="7012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4A40B" w14:textId="77777777" w:rsidR="00E53ED6" w:rsidRDefault="00501837">
      <w:r>
        <w:br w:type="page"/>
      </w:r>
    </w:p>
    <w:p w14:paraId="50E61183" w14:textId="77777777" w:rsidR="00E53ED6" w:rsidRDefault="00501837">
      <w:r>
        <w:rPr>
          <w:noProof/>
        </w:rPr>
        <w:lastRenderedPageBreak/>
        <w:drawing>
          <wp:inline distT="0" distB="0" distL="0" distR="0" wp14:anchorId="2BA31FB3" wp14:editId="5B0FAD81">
            <wp:extent cx="5265683" cy="74759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 5.jpg"/>
                    <pic:cNvPicPr/>
                  </pic:nvPicPr>
                  <pic:blipFill rotWithShape="1">
                    <a:blip r:embed="rId13"/>
                    <a:srcRect t="17769" b="1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52" cy="748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AAE6D" w14:textId="77777777" w:rsidR="00E53ED6" w:rsidRDefault="00501837">
      <w:r>
        <w:br w:type="page"/>
      </w:r>
    </w:p>
    <w:p w14:paraId="57424B49" w14:textId="77777777" w:rsidR="00E53ED6" w:rsidRDefault="00501837">
      <w:r>
        <w:rPr>
          <w:noProof/>
        </w:rPr>
        <w:lastRenderedPageBreak/>
        <w:drawing>
          <wp:inline distT="0" distB="0" distL="0" distR="0" wp14:anchorId="2941E0EF" wp14:editId="476FAA24">
            <wp:extent cx="5439103" cy="749427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wth Mindset.jpg"/>
                    <pic:cNvPicPr/>
                  </pic:nvPicPr>
                  <pic:blipFill rotWithShape="1">
                    <a:blip r:embed="rId14"/>
                    <a:srcRect l="4886" r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49" cy="7516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F187F" w14:textId="77777777" w:rsidR="00E53ED6" w:rsidRDefault="00501837">
      <w:r>
        <w:br w:type="page"/>
      </w:r>
    </w:p>
    <w:p w14:paraId="666B85F8" w14:textId="77777777" w:rsidR="00E53ED6" w:rsidRDefault="00501837">
      <w:r>
        <w:rPr>
          <w:noProof/>
        </w:rPr>
        <w:lastRenderedPageBreak/>
        <w:drawing>
          <wp:inline distT="0" distB="0" distL="0" distR="0" wp14:anchorId="5771A3BF" wp14:editId="5EB99390">
            <wp:extent cx="5486400" cy="7504386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t management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0559" cy="751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F6006" w14:textId="77777777" w:rsidR="00E53ED6" w:rsidRDefault="00501837">
      <w:r>
        <w:br w:type="page"/>
      </w:r>
    </w:p>
    <w:p w14:paraId="7113935A" w14:textId="77777777" w:rsidR="00E53ED6" w:rsidRDefault="00501837">
      <w:r>
        <w:rPr>
          <w:noProof/>
        </w:rPr>
        <w:lastRenderedPageBreak/>
        <w:drawing>
          <wp:inline distT="0" distB="0" distL="0" distR="0" wp14:anchorId="4C47ABC2" wp14:editId="6A1D35A9">
            <wp:extent cx="5438775" cy="767670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ment management 2.jpg"/>
                    <pic:cNvPicPr/>
                  </pic:nvPicPr>
                  <pic:blipFill rotWithShape="1">
                    <a:blip r:embed="rId16"/>
                    <a:srcRect l="4310" r="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80" cy="769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3ED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CD493" w14:textId="77777777" w:rsidR="00501837" w:rsidRDefault="00501837" w:rsidP="009B2D3F">
      <w:pPr>
        <w:spacing w:after="0" w:line="240" w:lineRule="auto"/>
      </w:pPr>
      <w:r>
        <w:separator/>
      </w:r>
    </w:p>
  </w:endnote>
  <w:endnote w:type="continuationSeparator" w:id="0">
    <w:p w14:paraId="39D0344F" w14:textId="77777777" w:rsidR="00501837" w:rsidRDefault="00501837" w:rsidP="009B2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F577E" w14:textId="77777777" w:rsidR="00501837" w:rsidRDefault="00501837" w:rsidP="009B2D3F">
      <w:pPr>
        <w:spacing w:after="0" w:line="240" w:lineRule="auto"/>
      </w:pPr>
      <w:r>
        <w:separator/>
      </w:r>
    </w:p>
  </w:footnote>
  <w:footnote w:type="continuationSeparator" w:id="0">
    <w:p w14:paraId="537429CA" w14:textId="77777777" w:rsidR="00501837" w:rsidRDefault="00501837" w:rsidP="009B2D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37360007">
    <w:abstractNumId w:val="8"/>
  </w:num>
  <w:num w:numId="2" w16cid:durableId="2057074146">
    <w:abstractNumId w:val="6"/>
  </w:num>
  <w:num w:numId="3" w16cid:durableId="1684673824">
    <w:abstractNumId w:val="5"/>
  </w:num>
  <w:num w:numId="4" w16cid:durableId="676659982">
    <w:abstractNumId w:val="4"/>
  </w:num>
  <w:num w:numId="5" w16cid:durableId="1471896025">
    <w:abstractNumId w:val="7"/>
  </w:num>
  <w:num w:numId="6" w16cid:durableId="139470148">
    <w:abstractNumId w:val="3"/>
  </w:num>
  <w:num w:numId="7" w16cid:durableId="761486602">
    <w:abstractNumId w:val="2"/>
  </w:num>
  <w:num w:numId="8" w16cid:durableId="40062285">
    <w:abstractNumId w:val="1"/>
  </w:num>
  <w:num w:numId="9" w16cid:durableId="12609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E6AD7"/>
    <w:rsid w:val="00501837"/>
    <w:rsid w:val="009B2D3F"/>
    <w:rsid w:val="00AA1D8D"/>
    <w:rsid w:val="00B47730"/>
    <w:rsid w:val="00B9568D"/>
    <w:rsid w:val="00CB0664"/>
    <w:rsid w:val="00D3784B"/>
    <w:rsid w:val="00E53ED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ede29c"/>
    </o:shapedefaults>
    <o:shapelayout v:ext="edit">
      <o:idmap v:ext="edit" data="1"/>
    </o:shapelayout>
  </w:shapeDefaults>
  <w:decimalSymbol w:val="."/>
  <w:listSeparator w:val=","/>
  <w14:docId w14:val="490DBA08"/>
  <w14:defaultImageDpi w14:val="300"/>
  <w15:docId w15:val="{589396D4-BF88-4468-944A-BA71D9224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DDC94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DE29C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DE29C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DE29C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A5921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A5921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EDE29C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DDC94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EDE29C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EDE29C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EDE29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E1D03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3E1D03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EDE29C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EDE29C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EDE29C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A5921E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A5921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EDE29C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EDE29C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EDE29C" w:themeColor="accent1"/>
      </w:pBdr>
      <w:spacing w:before="200" w:after="280"/>
      <w:ind w:left="936" w:right="936"/>
    </w:pPr>
    <w:rPr>
      <w:b/>
      <w:bCs/>
      <w:i/>
      <w:iCs/>
      <w:color w:val="EDE29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EDE29C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EDE29C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EDE29C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EDE29C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DDC948" w:themeColor="accent1" w:themeShade="BF"/>
    </w:rPr>
    <w:tblPr>
      <w:tblStyleRowBandSize w:val="1"/>
      <w:tblStyleColBandSize w:val="1"/>
      <w:tblBorders>
        <w:top w:val="single" w:sz="8" w:space="0" w:color="EDE29C" w:themeColor="accent1"/>
        <w:bottom w:val="single" w:sz="8" w:space="0" w:color="EDE29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E29C" w:themeColor="accent1"/>
          <w:left w:val="nil"/>
          <w:bottom w:val="single" w:sz="8" w:space="0" w:color="EDE29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E29C" w:themeColor="accent1"/>
          <w:left w:val="nil"/>
          <w:bottom w:val="single" w:sz="8" w:space="0" w:color="EDE29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DDC948" w:themeColor="accent2" w:themeShade="BF"/>
    </w:rPr>
    <w:tblPr>
      <w:tblStyleRowBandSize w:val="1"/>
      <w:tblStyleColBandSize w:val="1"/>
      <w:tblBorders>
        <w:top w:val="single" w:sz="8" w:space="0" w:color="EDE29C" w:themeColor="accent2"/>
        <w:bottom w:val="single" w:sz="8" w:space="0" w:color="EDE29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E29C" w:themeColor="accent2"/>
          <w:left w:val="nil"/>
          <w:bottom w:val="single" w:sz="8" w:space="0" w:color="EDE29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E29C" w:themeColor="accent2"/>
          <w:left w:val="nil"/>
          <w:bottom w:val="single" w:sz="8" w:space="0" w:color="EDE29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DDC948" w:themeColor="accent3" w:themeShade="BF"/>
    </w:rPr>
    <w:tblPr>
      <w:tblStyleRowBandSize w:val="1"/>
      <w:tblStyleColBandSize w:val="1"/>
      <w:tblBorders>
        <w:top w:val="single" w:sz="8" w:space="0" w:color="EDE29C" w:themeColor="accent3"/>
        <w:bottom w:val="single" w:sz="8" w:space="0" w:color="EDE29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E29C" w:themeColor="accent3"/>
          <w:left w:val="nil"/>
          <w:bottom w:val="single" w:sz="8" w:space="0" w:color="EDE29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E29C" w:themeColor="accent3"/>
          <w:left w:val="nil"/>
          <w:bottom w:val="single" w:sz="8" w:space="0" w:color="EDE29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DDC948" w:themeColor="accent4" w:themeShade="BF"/>
    </w:rPr>
    <w:tblPr>
      <w:tblStyleRowBandSize w:val="1"/>
      <w:tblStyleColBandSize w:val="1"/>
      <w:tblBorders>
        <w:top w:val="single" w:sz="8" w:space="0" w:color="EDE29C" w:themeColor="accent4"/>
        <w:bottom w:val="single" w:sz="8" w:space="0" w:color="EDE29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E29C" w:themeColor="accent4"/>
          <w:left w:val="nil"/>
          <w:bottom w:val="single" w:sz="8" w:space="0" w:color="EDE29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E29C" w:themeColor="accent4"/>
          <w:left w:val="nil"/>
          <w:bottom w:val="single" w:sz="8" w:space="0" w:color="EDE29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DDC948" w:themeColor="accent5" w:themeShade="BF"/>
    </w:rPr>
    <w:tblPr>
      <w:tblStyleRowBandSize w:val="1"/>
      <w:tblStyleColBandSize w:val="1"/>
      <w:tblBorders>
        <w:top w:val="single" w:sz="8" w:space="0" w:color="EDE29C" w:themeColor="accent5"/>
        <w:bottom w:val="single" w:sz="8" w:space="0" w:color="EDE29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E29C" w:themeColor="accent5"/>
          <w:left w:val="nil"/>
          <w:bottom w:val="single" w:sz="8" w:space="0" w:color="EDE29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E29C" w:themeColor="accent5"/>
          <w:left w:val="nil"/>
          <w:bottom w:val="single" w:sz="8" w:space="0" w:color="EDE29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DDC948" w:themeColor="accent6" w:themeShade="BF"/>
    </w:rPr>
    <w:tblPr>
      <w:tblStyleRowBandSize w:val="1"/>
      <w:tblStyleColBandSize w:val="1"/>
      <w:tblBorders>
        <w:top w:val="single" w:sz="8" w:space="0" w:color="EDE29C" w:themeColor="accent6"/>
        <w:bottom w:val="single" w:sz="8" w:space="0" w:color="EDE29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E29C" w:themeColor="accent6"/>
          <w:left w:val="nil"/>
          <w:bottom w:val="single" w:sz="8" w:space="0" w:color="EDE29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E29C" w:themeColor="accent6"/>
          <w:left w:val="nil"/>
          <w:bottom w:val="single" w:sz="8" w:space="0" w:color="EDE29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EDE29C" w:themeColor="accent1"/>
        <w:left w:val="single" w:sz="8" w:space="0" w:color="EDE29C" w:themeColor="accent1"/>
        <w:bottom w:val="single" w:sz="8" w:space="0" w:color="EDE29C" w:themeColor="accent1"/>
        <w:right w:val="single" w:sz="8" w:space="0" w:color="EDE29C" w:themeColor="accent1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EDE29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E29C" w:themeColor="accent1"/>
          <w:left w:val="single" w:sz="8" w:space="0" w:color="EDE29C" w:themeColor="accent1"/>
          <w:bottom w:val="single" w:sz="8" w:space="0" w:color="EDE29C" w:themeColor="accent1"/>
          <w:right w:val="single" w:sz="8" w:space="0" w:color="EDE29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E29C" w:themeColor="accent1"/>
          <w:left w:val="single" w:sz="8" w:space="0" w:color="EDE29C" w:themeColor="accent1"/>
          <w:bottom w:val="single" w:sz="8" w:space="0" w:color="EDE29C" w:themeColor="accent1"/>
          <w:right w:val="single" w:sz="8" w:space="0" w:color="EDE29C" w:themeColor="accent1"/>
        </w:tcBorders>
      </w:tcPr>
    </w:tblStylePr>
    <w:tblStylePr w:type="band1Horz">
      <w:tblPr/>
      <w:tcPr>
        <w:tcBorders>
          <w:top w:val="single" w:sz="8" w:space="0" w:color="EDE29C" w:themeColor="accent1"/>
          <w:left w:val="single" w:sz="8" w:space="0" w:color="EDE29C" w:themeColor="accent1"/>
          <w:bottom w:val="single" w:sz="8" w:space="0" w:color="EDE29C" w:themeColor="accent1"/>
          <w:right w:val="single" w:sz="8" w:space="0" w:color="EDE29C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DE29C" w:themeColor="accent2"/>
        <w:left w:val="single" w:sz="8" w:space="0" w:color="EDE29C" w:themeColor="accent2"/>
        <w:bottom w:val="single" w:sz="8" w:space="0" w:color="EDE29C" w:themeColor="accent2"/>
        <w:right w:val="single" w:sz="8" w:space="0" w:color="EDE29C" w:themeColor="accent2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EDE29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E29C" w:themeColor="accent2"/>
          <w:left w:val="single" w:sz="8" w:space="0" w:color="EDE29C" w:themeColor="accent2"/>
          <w:bottom w:val="single" w:sz="8" w:space="0" w:color="EDE29C" w:themeColor="accent2"/>
          <w:right w:val="single" w:sz="8" w:space="0" w:color="EDE29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E29C" w:themeColor="accent2"/>
          <w:left w:val="single" w:sz="8" w:space="0" w:color="EDE29C" w:themeColor="accent2"/>
          <w:bottom w:val="single" w:sz="8" w:space="0" w:color="EDE29C" w:themeColor="accent2"/>
          <w:right w:val="single" w:sz="8" w:space="0" w:color="EDE29C" w:themeColor="accent2"/>
        </w:tcBorders>
      </w:tcPr>
    </w:tblStylePr>
    <w:tblStylePr w:type="band1Horz">
      <w:tblPr/>
      <w:tcPr>
        <w:tcBorders>
          <w:top w:val="single" w:sz="8" w:space="0" w:color="EDE29C" w:themeColor="accent2"/>
          <w:left w:val="single" w:sz="8" w:space="0" w:color="EDE29C" w:themeColor="accent2"/>
          <w:bottom w:val="single" w:sz="8" w:space="0" w:color="EDE29C" w:themeColor="accent2"/>
          <w:right w:val="single" w:sz="8" w:space="0" w:color="EDE29C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DE29C" w:themeColor="accent3"/>
        <w:left w:val="single" w:sz="8" w:space="0" w:color="EDE29C" w:themeColor="accent3"/>
        <w:bottom w:val="single" w:sz="8" w:space="0" w:color="EDE29C" w:themeColor="accent3"/>
        <w:right w:val="single" w:sz="8" w:space="0" w:color="EDE29C" w:themeColor="accent3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EDE29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E29C" w:themeColor="accent3"/>
          <w:left w:val="single" w:sz="8" w:space="0" w:color="EDE29C" w:themeColor="accent3"/>
          <w:bottom w:val="single" w:sz="8" w:space="0" w:color="EDE29C" w:themeColor="accent3"/>
          <w:right w:val="single" w:sz="8" w:space="0" w:color="EDE29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E29C" w:themeColor="accent3"/>
          <w:left w:val="single" w:sz="8" w:space="0" w:color="EDE29C" w:themeColor="accent3"/>
          <w:bottom w:val="single" w:sz="8" w:space="0" w:color="EDE29C" w:themeColor="accent3"/>
          <w:right w:val="single" w:sz="8" w:space="0" w:color="EDE29C" w:themeColor="accent3"/>
        </w:tcBorders>
      </w:tcPr>
    </w:tblStylePr>
    <w:tblStylePr w:type="band1Horz">
      <w:tblPr/>
      <w:tcPr>
        <w:tcBorders>
          <w:top w:val="single" w:sz="8" w:space="0" w:color="EDE29C" w:themeColor="accent3"/>
          <w:left w:val="single" w:sz="8" w:space="0" w:color="EDE29C" w:themeColor="accent3"/>
          <w:bottom w:val="single" w:sz="8" w:space="0" w:color="EDE29C" w:themeColor="accent3"/>
          <w:right w:val="single" w:sz="8" w:space="0" w:color="EDE29C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DE29C" w:themeColor="accent4"/>
        <w:left w:val="single" w:sz="8" w:space="0" w:color="EDE29C" w:themeColor="accent4"/>
        <w:bottom w:val="single" w:sz="8" w:space="0" w:color="EDE29C" w:themeColor="accent4"/>
        <w:right w:val="single" w:sz="8" w:space="0" w:color="EDE29C" w:themeColor="accent4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EDE2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E29C" w:themeColor="accent4"/>
          <w:left w:val="single" w:sz="8" w:space="0" w:color="EDE29C" w:themeColor="accent4"/>
          <w:bottom w:val="single" w:sz="8" w:space="0" w:color="EDE29C" w:themeColor="accent4"/>
          <w:right w:val="single" w:sz="8" w:space="0" w:color="EDE2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E29C" w:themeColor="accent4"/>
          <w:left w:val="single" w:sz="8" w:space="0" w:color="EDE29C" w:themeColor="accent4"/>
          <w:bottom w:val="single" w:sz="8" w:space="0" w:color="EDE29C" w:themeColor="accent4"/>
          <w:right w:val="single" w:sz="8" w:space="0" w:color="EDE29C" w:themeColor="accent4"/>
        </w:tcBorders>
      </w:tcPr>
    </w:tblStylePr>
    <w:tblStylePr w:type="band1Horz">
      <w:tblPr/>
      <w:tcPr>
        <w:tcBorders>
          <w:top w:val="single" w:sz="8" w:space="0" w:color="EDE29C" w:themeColor="accent4"/>
          <w:left w:val="single" w:sz="8" w:space="0" w:color="EDE29C" w:themeColor="accent4"/>
          <w:bottom w:val="single" w:sz="8" w:space="0" w:color="EDE29C" w:themeColor="accent4"/>
          <w:right w:val="single" w:sz="8" w:space="0" w:color="EDE29C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DE29C" w:themeColor="accent5"/>
        <w:left w:val="single" w:sz="8" w:space="0" w:color="EDE29C" w:themeColor="accent5"/>
        <w:bottom w:val="single" w:sz="8" w:space="0" w:color="EDE29C" w:themeColor="accent5"/>
        <w:right w:val="single" w:sz="8" w:space="0" w:color="EDE29C" w:themeColor="accent5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EDE29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E29C" w:themeColor="accent5"/>
          <w:left w:val="single" w:sz="8" w:space="0" w:color="EDE29C" w:themeColor="accent5"/>
          <w:bottom w:val="single" w:sz="8" w:space="0" w:color="EDE29C" w:themeColor="accent5"/>
          <w:right w:val="single" w:sz="8" w:space="0" w:color="EDE29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E29C" w:themeColor="accent5"/>
          <w:left w:val="single" w:sz="8" w:space="0" w:color="EDE29C" w:themeColor="accent5"/>
          <w:bottom w:val="single" w:sz="8" w:space="0" w:color="EDE29C" w:themeColor="accent5"/>
          <w:right w:val="single" w:sz="8" w:space="0" w:color="EDE29C" w:themeColor="accent5"/>
        </w:tcBorders>
      </w:tcPr>
    </w:tblStylePr>
    <w:tblStylePr w:type="band1Horz">
      <w:tblPr/>
      <w:tcPr>
        <w:tcBorders>
          <w:top w:val="single" w:sz="8" w:space="0" w:color="EDE29C" w:themeColor="accent5"/>
          <w:left w:val="single" w:sz="8" w:space="0" w:color="EDE29C" w:themeColor="accent5"/>
          <w:bottom w:val="single" w:sz="8" w:space="0" w:color="EDE29C" w:themeColor="accent5"/>
          <w:right w:val="single" w:sz="8" w:space="0" w:color="EDE29C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DE29C" w:themeColor="accent6"/>
        <w:left w:val="single" w:sz="8" w:space="0" w:color="EDE29C" w:themeColor="accent6"/>
        <w:bottom w:val="single" w:sz="8" w:space="0" w:color="EDE29C" w:themeColor="accent6"/>
        <w:right w:val="single" w:sz="8" w:space="0" w:color="EDE29C" w:themeColor="accent6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shd w:val="clear" w:color="auto" w:fill="EDE29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E29C" w:themeColor="accent6"/>
          <w:left w:val="single" w:sz="8" w:space="0" w:color="EDE29C" w:themeColor="accent6"/>
          <w:bottom w:val="single" w:sz="8" w:space="0" w:color="EDE29C" w:themeColor="accent6"/>
          <w:right w:val="single" w:sz="8" w:space="0" w:color="EDE29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E29C" w:themeColor="accent6"/>
          <w:left w:val="single" w:sz="8" w:space="0" w:color="EDE29C" w:themeColor="accent6"/>
          <w:bottom w:val="single" w:sz="8" w:space="0" w:color="EDE29C" w:themeColor="accent6"/>
          <w:right w:val="single" w:sz="8" w:space="0" w:color="EDE29C" w:themeColor="accent6"/>
        </w:tcBorders>
      </w:tcPr>
    </w:tblStylePr>
    <w:tblStylePr w:type="band1Horz">
      <w:tblPr/>
      <w:tcPr>
        <w:tcBorders>
          <w:top w:val="single" w:sz="8" w:space="0" w:color="EDE29C" w:themeColor="accent6"/>
          <w:left w:val="single" w:sz="8" w:space="0" w:color="EDE29C" w:themeColor="accent6"/>
          <w:bottom w:val="single" w:sz="8" w:space="0" w:color="EDE29C" w:themeColor="accent6"/>
          <w:right w:val="single" w:sz="8" w:space="0" w:color="EDE29C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DE29C" w:themeColor="accent1"/>
        <w:left w:val="single" w:sz="8" w:space="0" w:color="EDE29C" w:themeColor="accent1"/>
        <w:bottom w:val="single" w:sz="8" w:space="0" w:color="EDE29C" w:themeColor="accent1"/>
        <w:right w:val="single" w:sz="8" w:space="0" w:color="EDE29C" w:themeColor="accent1"/>
        <w:insideH w:val="single" w:sz="8" w:space="0" w:color="EDE29C" w:themeColor="accent1"/>
        <w:insideV w:val="single" w:sz="8" w:space="0" w:color="EDE29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E29C" w:themeColor="accent1"/>
          <w:left w:val="single" w:sz="8" w:space="0" w:color="EDE29C" w:themeColor="accent1"/>
          <w:bottom w:val="single" w:sz="18" w:space="0" w:color="EDE29C" w:themeColor="accent1"/>
          <w:right w:val="single" w:sz="8" w:space="0" w:color="EDE29C" w:themeColor="accent1"/>
          <w:insideH w:val="nil"/>
          <w:insideV w:val="single" w:sz="8" w:space="0" w:color="EDE29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E29C" w:themeColor="accent1"/>
          <w:left w:val="single" w:sz="8" w:space="0" w:color="EDE29C" w:themeColor="accent1"/>
          <w:bottom w:val="single" w:sz="8" w:space="0" w:color="EDE29C" w:themeColor="accent1"/>
          <w:right w:val="single" w:sz="8" w:space="0" w:color="EDE29C" w:themeColor="accent1"/>
          <w:insideH w:val="nil"/>
          <w:insideV w:val="single" w:sz="8" w:space="0" w:color="EDE29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E29C" w:themeColor="accent1"/>
          <w:left w:val="single" w:sz="8" w:space="0" w:color="EDE29C" w:themeColor="accent1"/>
          <w:bottom w:val="single" w:sz="8" w:space="0" w:color="EDE29C" w:themeColor="accent1"/>
          <w:right w:val="single" w:sz="8" w:space="0" w:color="EDE29C" w:themeColor="accent1"/>
        </w:tcBorders>
      </w:tcPr>
    </w:tblStylePr>
    <w:tblStylePr w:type="band1Vert">
      <w:tblPr/>
      <w:tcPr>
        <w:tcBorders>
          <w:top w:val="single" w:sz="8" w:space="0" w:color="EDE29C" w:themeColor="accent1"/>
          <w:left w:val="single" w:sz="8" w:space="0" w:color="EDE29C" w:themeColor="accent1"/>
          <w:bottom w:val="single" w:sz="8" w:space="0" w:color="EDE29C" w:themeColor="accent1"/>
          <w:right w:val="single" w:sz="8" w:space="0" w:color="EDE29C" w:themeColor="accent1"/>
        </w:tcBorders>
        <w:shd w:val="clear" w:color="auto" w:fill="FAF7E6" w:themeFill="accent1" w:themeFillTint="3F"/>
      </w:tcPr>
    </w:tblStylePr>
    <w:tblStylePr w:type="band1Horz">
      <w:tblPr/>
      <w:tcPr>
        <w:tcBorders>
          <w:top w:val="single" w:sz="8" w:space="0" w:color="EDE29C" w:themeColor="accent1"/>
          <w:left w:val="single" w:sz="8" w:space="0" w:color="EDE29C" w:themeColor="accent1"/>
          <w:bottom w:val="single" w:sz="8" w:space="0" w:color="EDE29C" w:themeColor="accent1"/>
          <w:right w:val="single" w:sz="8" w:space="0" w:color="EDE29C" w:themeColor="accent1"/>
          <w:insideV w:val="single" w:sz="8" w:space="0" w:color="EDE29C" w:themeColor="accent1"/>
        </w:tcBorders>
        <w:shd w:val="clear" w:color="auto" w:fill="FAF7E6" w:themeFill="accent1" w:themeFillTint="3F"/>
      </w:tcPr>
    </w:tblStylePr>
    <w:tblStylePr w:type="band2Horz">
      <w:tblPr/>
      <w:tcPr>
        <w:tcBorders>
          <w:top w:val="single" w:sz="8" w:space="0" w:color="EDE29C" w:themeColor="accent1"/>
          <w:left w:val="single" w:sz="8" w:space="0" w:color="EDE29C" w:themeColor="accent1"/>
          <w:bottom w:val="single" w:sz="8" w:space="0" w:color="EDE29C" w:themeColor="accent1"/>
          <w:right w:val="single" w:sz="8" w:space="0" w:color="EDE29C" w:themeColor="accent1"/>
          <w:insideV w:val="single" w:sz="8" w:space="0" w:color="EDE29C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DE29C" w:themeColor="accent2"/>
        <w:left w:val="single" w:sz="8" w:space="0" w:color="EDE29C" w:themeColor="accent2"/>
        <w:bottom w:val="single" w:sz="8" w:space="0" w:color="EDE29C" w:themeColor="accent2"/>
        <w:right w:val="single" w:sz="8" w:space="0" w:color="EDE29C" w:themeColor="accent2"/>
        <w:insideH w:val="single" w:sz="8" w:space="0" w:color="EDE29C" w:themeColor="accent2"/>
        <w:insideV w:val="single" w:sz="8" w:space="0" w:color="EDE29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E29C" w:themeColor="accent2"/>
          <w:left w:val="single" w:sz="8" w:space="0" w:color="EDE29C" w:themeColor="accent2"/>
          <w:bottom w:val="single" w:sz="18" w:space="0" w:color="EDE29C" w:themeColor="accent2"/>
          <w:right w:val="single" w:sz="8" w:space="0" w:color="EDE29C" w:themeColor="accent2"/>
          <w:insideH w:val="nil"/>
          <w:insideV w:val="single" w:sz="8" w:space="0" w:color="EDE29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E29C" w:themeColor="accent2"/>
          <w:left w:val="single" w:sz="8" w:space="0" w:color="EDE29C" w:themeColor="accent2"/>
          <w:bottom w:val="single" w:sz="8" w:space="0" w:color="EDE29C" w:themeColor="accent2"/>
          <w:right w:val="single" w:sz="8" w:space="0" w:color="EDE29C" w:themeColor="accent2"/>
          <w:insideH w:val="nil"/>
          <w:insideV w:val="single" w:sz="8" w:space="0" w:color="EDE29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E29C" w:themeColor="accent2"/>
          <w:left w:val="single" w:sz="8" w:space="0" w:color="EDE29C" w:themeColor="accent2"/>
          <w:bottom w:val="single" w:sz="8" w:space="0" w:color="EDE29C" w:themeColor="accent2"/>
          <w:right w:val="single" w:sz="8" w:space="0" w:color="EDE29C" w:themeColor="accent2"/>
        </w:tcBorders>
      </w:tcPr>
    </w:tblStylePr>
    <w:tblStylePr w:type="band1Vert">
      <w:tblPr/>
      <w:tcPr>
        <w:tcBorders>
          <w:top w:val="single" w:sz="8" w:space="0" w:color="EDE29C" w:themeColor="accent2"/>
          <w:left w:val="single" w:sz="8" w:space="0" w:color="EDE29C" w:themeColor="accent2"/>
          <w:bottom w:val="single" w:sz="8" w:space="0" w:color="EDE29C" w:themeColor="accent2"/>
          <w:right w:val="single" w:sz="8" w:space="0" w:color="EDE29C" w:themeColor="accent2"/>
        </w:tcBorders>
        <w:shd w:val="clear" w:color="auto" w:fill="FAF7E6" w:themeFill="accent2" w:themeFillTint="3F"/>
      </w:tcPr>
    </w:tblStylePr>
    <w:tblStylePr w:type="band1Horz">
      <w:tblPr/>
      <w:tcPr>
        <w:tcBorders>
          <w:top w:val="single" w:sz="8" w:space="0" w:color="EDE29C" w:themeColor="accent2"/>
          <w:left w:val="single" w:sz="8" w:space="0" w:color="EDE29C" w:themeColor="accent2"/>
          <w:bottom w:val="single" w:sz="8" w:space="0" w:color="EDE29C" w:themeColor="accent2"/>
          <w:right w:val="single" w:sz="8" w:space="0" w:color="EDE29C" w:themeColor="accent2"/>
          <w:insideV w:val="single" w:sz="8" w:space="0" w:color="EDE29C" w:themeColor="accent2"/>
        </w:tcBorders>
        <w:shd w:val="clear" w:color="auto" w:fill="FAF7E6" w:themeFill="accent2" w:themeFillTint="3F"/>
      </w:tcPr>
    </w:tblStylePr>
    <w:tblStylePr w:type="band2Horz">
      <w:tblPr/>
      <w:tcPr>
        <w:tcBorders>
          <w:top w:val="single" w:sz="8" w:space="0" w:color="EDE29C" w:themeColor="accent2"/>
          <w:left w:val="single" w:sz="8" w:space="0" w:color="EDE29C" w:themeColor="accent2"/>
          <w:bottom w:val="single" w:sz="8" w:space="0" w:color="EDE29C" w:themeColor="accent2"/>
          <w:right w:val="single" w:sz="8" w:space="0" w:color="EDE29C" w:themeColor="accent2"/>
          <w:insideV w:val="single" w:sz="8" w:space="0" w:color="EDE29C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DE29C" w:themeColor="accent3"/>
        <w:left w:val="single" w:sz="8" w:space="0" w:color="EDE29C" w:themeColor="accent3"/>
        <w:bottom w:val="single" w:sz="8" w:space="0" w:color="EDE29C" w:themeColor="accent3"/>
        <w:right w:val="single" w:sz="8" w:space="0" w:color="EDE29C" w:themeColor="accent3"/>
        <w:insideH w:val="single" w:sz="8" w:space="0" w:color="EDE29C" w:themeColor="accent3"/>
        <w:insideV w:val="single" w:sz="8" w:space="0" w:color="EDE29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E29C" w:themeColor="accent3"/>
          <w:left w:val="single" w:sz="8" w:space="0" w:color="EDE29C" w:themeColor="accent3"/>
          <w:bottom w:val="single" w:sz="18" w:space="0" w:color="EDE29C" w:themeColor="accent3"/>
          <w:right w:val="single" w:sz="8" w:space="0" w:color="EDE29C" w:themeColor="accent3"/>
          <w:insideH w:val="nil"/>
          <w:insideV w:val="single" w:sz="8" w:space="0" w:color="EDE29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E29C" w:themeColor="accent3"/>
          <w:left w:val="single" w:sz="8" w:space="0" w:color="EDE29C" w:themeColor="accent3"/>
          <w:bottom w:val="single" w:sz="8" w:space="0" w:color="EDE29C" w:themeColor="accent3"/>
          <w:right w:val="single" w:sz="8" w:space="0" w:color="EDE29C" w:themeColor="accent3"/>
          <w:insideH w:val="nil"/>
          <w:insideV w:val="single" w:sz="8" w:space="0" w:color="EDE29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E29C" w:themeColor="accent3"/>
          <w:left w:val="single" w:sz="8" w:space="0" w:color="EDE29C" w:themeColor="accent3"/>
          <w:bottom w:val="single" w:sz="8" w:space="0" w:color="EDE29C" w:themeColor="accent3"/>
          <w:right w:val="single" w:sz="8" w:space="0" w:color="EDE29C" w:themeColor="accent3"/>
        </w:tcBorders>
      </w:tcPr>
    </w:tblStylePr>
    <w:tblStylePr w:type="band1Vert">
      <w:tblPr/>
      <w:tcPr>
        <w:tcBorders>
          <w:top w:val="single" w:sz="8" w:space="0" w:color="EDE29C" w:themeColor="accent3"/>
          <w:left w:val="single" w:sz="8" w:space="0" w:color="EDE29C" w:themeColor="accent3"/>
          <w:bottom w:val="single" w:sz="8" w:space="0" w:color="EDE29C" w:themeColor="accent3"/>
          <w:right w:val="single" w:sz="8" w:space="0" w:color="EDE29C" w:themeColor="accent3"/>
        </w:tcBorders>
        <w:shd w:val="clear" w:color="auto" w:fill="FAF7E6" w:themeFill="accent3" w:themeFillTint="3F"/>
      </w:tcPr>
    </w:tblStylePr>
    <w:tblStylePr w:type="band1Horz">
      <w:tblPr/>
      <w:tcPr>
        <w:tcBorders>
          <w:top w:val="single" w:sz="8" w:space="0" w:color="EDE29C" w:themeColor="accent3"/>
          <w:left w:val="single" w:sz="8" w:space="0" w:color="EDE29C" w:themeColor="accent3"/>
          <w:bottom w:val="single" w:sz="8" w:space="0" w:color="EDE29C" w:themeColor="accent3"/>
          <w:right w:val="single" w:sz="8" w:space="0" w:color="EDE29C" w:themeColor="accent3"/>
          <w:insideV w:val="single" w:sz="8" w:space="0" w:color="EDE29C" w:themeColor="accent3"/>
        </w:tcBorders>
        <w:shd w:val="clear" w:color="auto" w:fill="FAF7E6" w:themeFill="accent3" w:themeFillTint="3F"/>
      </w:tcPr>
    </w:tblStylePr>
    <w:tblStylePr w:type="band2Horz">
      <w:tblPr/>
      <w:tcPr>
        <w:tcBorders>
          <w:top w:val="single" w:sz="8" w:space="0" w:color="EDE29C" w:themeColor="accent3"/>
          <w:left w:val="single" w:sz="8" w:space="0" w:color="EDE29C" w:themeColor="accent3"/>
          <w:bottom w:val="single" w:sz="8" w:space="0" w:color="EDE29C" w:themeColor="accent3"/>
          <w:right w:val="single" w:sz="8" w:space="0" w:color="EDE29C" w:themeColor="accent3"/>
          <w:insideV w:val="single" w:sz="8" w:space="0" w:color="EDE29C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DE29C" w:themeColor="accent4"/>
        <w:left w:val="single" w:sz="8" w:space="0" w:color="EDE29C" w:themeColor="accent4"/>
        <w:bottom w:val="single" w:sz="8" w:space="0" w:color="EDE29C" w:themeColor="accent4"/>
        <w:right w:val="single" w:sz="8" w:space="0" w:color="EDE29C" w:themeColor="accent4"/>
        <w:insideH w:val="single" w:sz="8" w:space="0" w:color="EDE29C" w:themeColor="accent4"/>
        <w:insideV w:val="single" w:sz="8" w:space="0" w:color="EDE29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E29C" w:themeColor="accent4"/>
          <w:left w:val="single" w:sz="8" w:space="0" w:color="EDE29C" w:themeColor="accent4"/>
          <w:bottom w:val="single" w:sz="18" w:space="0" w:color="EDE29C" w:themeColor="accent4"/>
          <w:right w:val="single" w:sz="8" w:space="0" w:color="EDE29C" w:themeColor="accent4"/>
          <w:insideH w:val="nil"/>
          <w:insideV w:val="single" w:sz="8" w:space="0" w:color="EDE29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E29C" w:themeColor="accent4"/>
          <w:left w:val="single" w:sz="8" w:space="0" w:color="EDE29C" w:themeColor="accent4"/>
          <w:bottom w:val="single" w:sz="8" w:space="0" w:color="EDE29C" w:themeColor="accent4"/>
          <w:right w:val="single" w:sz="8" w:space="0" w:color="EDE29C" w:themeColor="accent4"/>
          <w:insideH w:val="nil"/>
          <w:insideV w:val="single" w:sz="8" w:space="0" w:color="EDE29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E29C" w:themeColor="accent4"/>
          <w:left w:val="single" w:sz="8" w:space="0" w:color="EDE29C" w:themeColor="accent4"/>
          <w:bottom w:val="single" w:sz="8" w:space="0" w:color="EDE29C" w:themeColor="accent4"/>
          <w:right w:val="single" w:sz="8" w:space="0" w:color="EDE29C" w:themeColor="accent4"/>
        </w:tcBorders>
      </w:tcPr>
    </w:tblStylePr>
    <w:tblStylePr w:type="band1Vert">
      <w:tblPr/>
      <w:tcPr>
        <w:tcBorders>
          <w:top w:val="single" w:sz="8" w:space="0" w:color="EDE29C" w:themeColor="accent4"/>
          <w:left w:val="single" w:sz="8" w:space="0" w:color="EDE29C" w:themeColor="accent4"/>
          <w:bottom w:val="single" w:sz="8" w:space="0" w:color="EDE29C" w:themeColor="accent4"/>
          <w:right w:val="single" w:sz="8" w:space="0" w:color="EDE29C" w:themeColor="accent4"/>
        </w:tcBorders>
        <w:shd w:val="clear" w:color="auto" w:fill="FAF7E6" w:themeFill="accent4" w:themeFillTint="3F"/>
      </w:tcPr>
    </w:tblStylePr>
    <w:tblStylePr w:type="band1Horz">
      <w:tblPr/>
      <w:tcPr>
        <w:tcBorders>
          <w:top w:val="single" w:sz="8" w:space="0" w:color="EDE29C" w:themeColor="accent4"/>
          <w:left w:val="single" w:sz="8" w:space="0" w:color="EDE29C" w:themeColor="accent4"/>
          <w:bottom w:val="single" w:sz="8" w:space="0" w:color="EDE29C" w:themeColor="accent4"/>
          <w:right w:val="single" w:sz="8" w:space="0" w:color="EDE29C" w:themeColor="accent4"/>
          <w:insideV w:val="single" w:sz="8" w:space="0" w:color="EDE29C" w:themeColor="accent4"/>
        </w:tcBorders>
        <w:shd w:val="clear" w:color="auto" w:fill="FAF7E6" w:themeFill="accent4" w:themeFillTint="3F"/>
      </w:tcPr>
    </w:tblStylePr>
    <w:tblStylePr w:type="band2Horz">
      <w:tblPr/>
      <w:tcPr>
        <w:tcBorders>
          <w:top w:val="single" w:sz="8" w:space="0" w:color="EDE29C" w:themeColor="accent4"/>
          <w:left w:val="single" w:sz="8" w:space="0" w:color="EDE29C" w:themeColor="accent4"/>
          <w:bottom w:val="single" w:sz="8" w:space="0" w:color="EDE29C" w:themeColor="accent4"/>
          <w:right w:val="single" w:sz="8" w:space="0" w:color="EDE29C" w:themeColor="accent4"/>
          <w:insideV w:val="single" w:sz="8" w:space="0" w:color="EDE29C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DE29C" w:themeColor="accent5"/>
        <w:left w:val="single" w:sz="8" w:space="0" w:color="EDE29C" w:themeColor="accent5"/>
        <w:bottom w:val="single" w:sz="8" w:space="0" w:color="EDE29C" w:themeColor="accent5"/>
        <w:right w:val="single" w:sz="8" w:space="0" w:color="EDE29C" w:themeColor="accent5"/>
        <w:insideH w:val="single" w:sz="8" w:space="0" w:color="EDE29C" w:themeColor="accent5"/>
        <w:insideV w:val="single" w:sz="8" w:space="0" w:color="EDE29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E29C" w:themeColor="accent5"/>
          <w:left w:val="single" w:sz="8" w:space="0" w:color="EDE29C" w:themeColor="accent5"/>
          <w:bottom w:val="single" w:sz="18" w:space="0" w:color="EDE29C" w:themeColor="accent5"/>
          <w:right w:val="single" w:sz="8" w:space="0" w:color="EDE29C" w:themeColor="accent5"/>
          <w:insideH w:val="nil"/>
          <w:insideV w:val="single" w:sz="8" w:space="0" w:color="EDE29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E29C" w:themeColor="accent5"/>
          <w:left w:val="single" w:sz="8" w:space="0" w:color="EDE29C" w:themeColor="accent5"/>
          <w:bottom w:val="single" w:sz="8" w:space="0" w:color="EDE29C" w:themeColor="accent5"/>
          <w:right w:val="single" w:sz="8" w:space="0" w:color="EDE29C" w:themeColor="accent5"/>
          <w:insideH w:val="nil"/>
          <w:insideV w:val="single" w:sz="8" w:space="0" w:color="EDE29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E29C" w:themeColor="accent5"/>
          <w:left w:val="single" w:sz="8" w:space="0" w:color="EDE29C" w:themeColor="accent5"/>
          <w:bottom w:val="single" w:sz="8" w:space="0" w:color="EDE29C" w:themeColor="accent5"/>
          <w:right w:val="single" w:sz="8" w:space="0" w:color="EDE29C" w:themeColor="accent5"/>
        </w:tcBorders>
      </w:tcPr>
    </w:tblStylePr>
    <w:tblStylePr w:type="band1Vert">
      <w:tblPr/>
      <w:tcPr>
        <w:tcBorders>
          <w:top w:val="single" w:sz="8" w:space="0" w:color="EDE29C" w:themeColor="accent5"/>
          <w:left w:val="single" w:sz="8" w:space="0" w:color="EDE29C" w:themeColor="accent5"/>
          <w:bottom w:val="single" w:sz="8" w:space="0" w:color="EDE29C" w:themeColor="accent5"/>
          <w:right w:val="single" w:sz="8" w:space="0" w:color="EDE29C" w:themeColor="accent5"/>
        </w:tcBorders>
        <w:shd w:val="clear" w:color="auto" w:fill="FAF7E6" w:themeFill="accent5" w:themeFillTint="3F"/>
      </w:tcPr>
    </w:tblStylePr>
    <w:tblStylePr w:type="band1Horz">
      <w:tblPr/>
      <w:tcPr>
        <w:tcBorders>
          <w:top w:val="single" w:sz="8" w:space="0" w:color="EDE29C" w:themeColor="accent5"/>
          <w:left w:val="single" w:sz="8" w:space="0" w:color="EDE29C" w:themeColor="accent5"/>
          <w:bottom w:val="single" w:sz="8" w:space="0" w:color="EDE29C" w:themeColor="accent5"/>
          <w:right w:val="single" w:sz="8" w:space="0" w:color="EDE29C" w:themeColor="accent5"/>
          <w:insideV w:val="single" w:sz="8" w:space="0" w:color="EDE29C" w:themeColor="accent5"/>
        </w:tcBorders>
        <w:shd w:val="clear" w:color="auto" w:fill="FAF7E6" w:themeFill="accent5" w:themeFillTint="3F"/>
      </w:tcPr>
    </w:tblStylePr>
    <w:tblStylePr w:type="band2Horz">
      <w:tblPr/>
      <w:tcPr>
        <w:tcBorders>
          <w:top w:val="single" w:sz="8" w:space="0" w:color="EDE29C" w:themeColor="accent5"/>
          <w:left w:val="single" w:sz="8" w:space="0" w:color="EDE29C" w:themeColor="accent5"/>
          <w:bottom w:val="single" w:sz="8" w:space="0" w:color="EDE29C" w:themeColor="accent5"/>
          <w:right w:val="single" w:sz="8" w:space="0" w:color="EDE29C" w:themeColor="accent5"/>
          <w:insideV w:val="single" w:sz="8" w:space="0" w:color="EDE29C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DE29C" w:themeColor="accent6"/>
        <w:left w:val="single" w:sz="8" w:space="0" w:color="EDE29C" w:themeColor="accent6"/>
        <w:bottom w:val="single" w:sz="8" w:space="0" w:color="EDE29C" w:themeColor="accent6"/>
        <w:right w:val="single" w:sz="8" w:space="0" w:color="EDE29C" w:themeColor="accent6"/>
        <w:insideH w:val="single" w:sz="8" w:space="0" w:color="EDE29C" w:themeColor="accent6"/>
        <w:insideV w:val="single" w:sz="8" w:space="0" w:color="EDE29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E29C" w:themeColor="accent6"/>
          <w:left w:val="single" w:sz="8" w:space="0" w:color="EDE29C" w:themeColor="accent6"/>
          <w:bottom w:val="single" w:sz="18" w:space="0" w:color="EDE29C" w:themeColor="accent6"/>
          <w:right w:val="single" w:sz="8" w:space="0" w:color="EDE29C" w:themeColor="accent6"/>
          <w:insideH w:val="nil"/>
          <w:insideV w:val="single" w:sz="8" w:space="0" w:color="EDE29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E29C" w:themeColor="accent6"/>
          <w:left w:val="single" w:sz="8" w:space="0" w:color="EDE29C" w:themeColor="accent6"/>
          <w:bottom w:val="single" w:sz="8" w:space="0" w:color="EDE29C" w:themeColor="accent6"/>
          <w:right w:val="single" w:sz="8" w:space="0" w:color="EDE29C" w:themeColor="accent6"/>
          <w:insideH w:val="nil"/>
          <w:insideV w:val="single" w:sz="8" w:space="0" w:color="EDE29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E29C" w:themeColor="accent6"/>
          <w:left w:val="single" w:sz="8" w:space="0" w:color="EDE29C" w:themeColor="accent6"/>
          <w:bottom w:val="single" w:sz="8" w:space="0" w:color="EDE29C" w:themeColor="accent6"/>
          <w:right w:val="single" w:sz="8" w:space="0" w:color="EDE29C" w:themeColor="accent6"/>
        </w:tcBorders>
      </w:tcPr>
    </w:tblStylePr>
    <w:tblStylePr w:type="band1Vert">
      <w:tblPr/>
      <w:tcPr>
        <w:tcBorders>
          <w:top w:val="single" w:sz="8" w:space="0" w:color="EDE29C" w:themeColor="accent6"/>
          <w:left w:val="single" w:sz="8" w:space="0" w:color="EDE29C" w:themeColor="accent6"/>
          <w:bottom w:val="single" w:sz="8" w:space="0" w:color="EDE29C" w:themeColor="accent6"/>
          <w:right w:val="single" w:sz="8" w:space="0" w:color="EDE29C" w:themeColor="accent6"/>
        </w:tcBorders>
        <w:shd w:val="clear" w:color="auto" w:fill="FAF7E6" w:themeFill="accent6" w:themeFillTint="3F"/>
      </w:tcPr>
    </w:tblStylePr>
    <w:tblStylePr w:type="band1Horz">
      <w:tblPr/>
      <w:tcPr>
        <w:tcBorders>
          <w:top w:val="single" w:sz="8" w:space="0" w:color="EDE29C" w:themeColor="accent6"/>
          <w:left w:val="single" w:sz="8" w:space="0" w:color="EDE29C" w:themeColor="accent6"/>
          <w:bottom w:val="single" w:sz="8" w:space="0" w:color="EDE29C" w:themeColor="accent6"/>
          <w:right w:val="single" w:sz="8" w:space="0" w:color="EDE29C" w:themeColor="accent6"/>
          <w:insideV w:val="single" w:sz="8" w:space="0" w:color="EDE29C" w:themeColor="accent6"/>
        </w:tcBorders>
        <w:shd w:val="clear" w:color="auto" w:fill="FAF7E6" w:themeFill="accent6" w:themeFillTint="3F"/>
      </w:tcPr>
    </w:tblStylePr>
    <w:tblStylePr w:type="band2Horz">
      <w:tblPr/>
      <w:tcPr>
        <w:tcBorders>
          <w:top w:val="single" w:sz="8" w:space="0" w:color="EDE29C" w:themeColor="accent6"/>
          <w:left w:val="single" w:sz="8" w:space="0" w:color="EDE29C" w:themeColor="accent6"/>
          <w:bottom w:val="single" w:sz="8" w:space="0" w:color="EDE29C" w:themeColor="accent6"/>
          <w:right w:val="single" w:sz="8" w:space="0" w:color="EDE29C" w:themeColor="accent6"/>
          <w:insideV w:val="single" w:sz="8" w:space="0" w:color="EDE29C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1E9B4" w:themeColor="accent1" w:themeTint="BF"/>
        <w:left w:val="single" w:sz="8" w:space="0" w:color="F1E9B4" w:themeColor="accent1" w:themeTint="BF"/>
        <w:bottom w:val="single" w:sz="8" w:space="0" w:color="F1E9B4" w:themeColor="accent1" w:themeTint="BF"/>
        <w:right w:val="single" w:sz="8" w:space="0" w:color="F1E9B4" w:themeColor="accent1" w:themeTint="BF"/>
        <w:insideH w:val="single" w:sz="8" w:space="0" w:color="F1E9B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F1E9B4" w:themeColor="accent1" w:themeTint="BF"/>
          <w:left w:val="single" w:sz="8" w:space="0" w:color="F1E9B4" w:themeColor="accent1" w:themeTint="BF"/>
          <w:bottom w:val="single" w:sz="8" w:space="0" w:color="F1E9B4" w:themeColor="accent1" w:themeTint="BF"/>
          <w:right w:val="single" w:sz="8" w:space="0" w:color="F1E9B4" w:themeColor="accent1" w:themeTint="BF"/>
          <w:insideH w:val="nil"/>
          <w:insideV w:val="nil"/>
        </w:tcBorders>
        <w:shd w:val="clear" w:color="auto" w:fill="EDE29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E9B4" w:themeColor="accent1" w:themeTint="BF"/>
          <w:left w:val="single" w:sz="8" w:space="0" w:color="F1E9B4" w:themeColor="accent1" w:themeTint="BF"/>
          <w:bottom w:val="single" w:sz="8" w:space="0" w:color="F1E9B4" w:themeColor="accent1" w:themeTint="BF"/>
          <w:right w:val="single" w:sz="8" w:space="0" w:color="F1E9B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7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1E9B4" w:themeColor="accent2" w:themeTint="BF"/>
        <w:left w:val="single" w:sz="8" w:space="0" w:color="F1E9B4" w:themeColor="accent2" w:themeTint="BF"/>
        <w:bottom w:val="single" w:sz="8" w:space="0" w:color="F1E9B4" w:themeColor="accent2" w:themeTint="BF"/>
        <w:right w:val="single" w:sz="8" w:space="0" w:color="F1E9B4" w:themeColor="accent2" w:themeTint="BF"/>
        <w:insideH w:val="single" w:sz="8" w:space="0" w:color="F1E9B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F1E9B4" w:themeColor="accent2" w:themeTint="BF"/>
          <w:left w:val="single" w:sz="8" w:space="0" w:color="F1E9B4" w:themeColor="accent2" w:themeTint="BF"/>
          <w:bottom w:val="single" w:sz="8" w:space="0" w:color="F1E9B4" w:themeColor="accent2" w:themeTint="BF"/>
          <w:right w:val="single" w:sz="8" w:space="0" w:color="F1E9B4" w:themeColor="accent2" w:themeTint="BF"/>
          <w:insideH w:val="nil"/>
          <w:insideV w:val="nil"/>
        </w:tcBorders>
        <w:shd w:val="clear" w:color="auto" w:fill="EDE29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E9B4" w:themeColor="accent2" w:themeTint="BF"/>
          <w:left w:val="single" w:sz="8" w:space="0" w:color="F1E9B4" w:themeColor="accent2" w:themeTint="BF"/>
          <w:bottom w:val="single" w:sz="8" w:space="0" w:color="F1E9B4" w:themeColor="accent2" w:themeTint="BF"/>
          <w:right w:val="single" w:sz="8" w:space="0" w:color="F1E9B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E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7E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1E9B4" w:themeColor="accent3" w:themeTint="BF"/>
        <w:left w:val="single" w:sz="8" w:space="0" w:color="F1E9B4" w:themeColor="accent3" w:themeTint="BF"/>
        <w:bottom w:val="single" w:sz="8" w:space="0" w:color="F1E9B4" w:themeColor="accent3" w:themeTint="BF"/>
        <w:right w:val="single" w:sz="8" w:space="0" w:color="F1E9B4" w:themeColor="accent3" w:themeTint="BF"/>
        <w:insideH w:val="single" w:sz="8" w:space="0" w:color="F1E9B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F1E9B4" w:themeColor="accent3" w:themeTint="BF"/>
          <w:left w:val="single" w:sz="8" w:space="0" w:color="F1E9B4" w:themeColor="accent3" w:themeTint="BF"/>
          <w:bottom w:val="single" w:sz="8" w:space="0" w:color="F1E9B4" w:themeColor="accent3" w:themeTint="BF"/>
          <w:right w:val="single" w:sz="8" w:space="0" w:color="F1E9B4" w:themeColor="accent3" w:themeTint="BF"/>
          <w:insideH w:val="nil"/>
          <w:insideV w:val="nil"/>
        </w:tcBorders>
        <w:shd w:val="clear" w:color="auto" w:fill="EDE29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E9B4" w:themeColor="accent3" w:themeTint="BF"/>
          <w:left w:val="single" w:sz="8" w:space="0" w:color="F1E9B4" w:themeColor="accent3" w:themeTint="BF"/>
          <w:bottom w:val="single" w:sz="8" w:space="0" w:color="F1E9B4" w:themeColor="accent3" w:themeTint="BF"/>
          <w:right w:val="single" w:sz="8" w:space="0" w:color="F1E9B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E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7E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1E9B4" w:themeColor="accent4" w:themeTint="BF"/>
        <w:left w:val="single" w:sz="8" w:space="0" w:color="F1E9B4" w:themeColor="accent4" w:themeTint="BF"/>
        <w:bottom w:val="single" w:sz="8" w:space="0" w:color="F1E9B4" w:themeColor="accent4" w:themeTint="BF"/>
        <w:right w:val="single" w:sz="8" w:space="0" w:color="F1E9B4" w:themeColor="accent4" w:themeTint="BF"/>
        <w:insideH w:val="single" w:sz="8" w:space="0" w:color="F1E9B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F1E9B4" w:themeColor="accent4" w:themeTint="BF"/>
          <w:left w:val="single" w:sz="8" w:space="0" w:color="F1E9B4" w:themeColor="accent4" w:themeTint="BF"/>
          <w:bottom w:val="single" w:sz="8" w:space="0" w:color="F1E9B4" w:themeColor="accent4" w:themeTint="BF"/>
          <w:right w:val="single" w:sz="8" w:space="0" w:color="F1E9B4" w:themeColor="accent4" w:themeTint="BF"/>
          <w:insideH w:val="nil"/>
          <w:insideV w:val="nil"/>
        </w:tcBorders>
        <w:shd w:val="clear" w:color="auto" w:fill="EDE29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E9B4" w:themeColor="accent4" w:themeTint="BF"/>
          <w:left w:val="single" w:sz="8" w:space="0" w:color="F1E9B4" w:themeColor="accent4" w:themeTint="BF"/>
          <w:bottom w:val="single" w:sz="8" w:space="0" w:color="F1E9B4" w:themeColor="accent4" w:themeTint="BF"/>
          <w:right w:val="single" w:sz="8" w:space="0" w:color="F1E9B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E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7E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1E9B4" w:themeColor="accent5" w:themeTint="BF"/>
        <w:left w:val="single" w:sz="8" w:space="0" w:color="F1E9B4" w:themeColor="accent5" w:themeTint="BF"/>
        <w:bottom w:val="single" w:sz="8" w:space="0" w:color="F1E9B4" w:themeColor="accent5" w:themeTint="BF"/>
        <w:right w:val="single" w:sz="8" w:space="0" w:color="F1E9B4" w:themeColor="accent5" w:themeTint="BF"/>
        <w:insideH w:val="single" w:sz="8" w:space="0" w:color="F1E9B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F1E9B4" w:themeColor="accent5" w:themeTint="BF"/>
          <w:left w:val="single" w:sz="8" w:space="0" w:color="F1E9B4" w:themeColor="accent5" w:themeTint="BF"/>
          <w:bottom w:val="single" w:sz="8" w:space="0" w:color="F1E9B4" w:themeColor="accent5" w:themeTint="BF"/>
          <w:right w:val="single" w:sz="8" w:space="0" w:color="F1E9B4" w:themeColor="accent5" w:themeTint="BF"/>
          <w:insideH w:val="nil"/>
          <w:insideV w:val="nil"/>
        </w:tcBorders>
        <w:shd w:val="clear" w:color="auto" w:fill="EDE29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E9B4" w:themeColor="accent5" w:themeTint="BF"/>
          <w:left w:val="single" w:sz="8" w:space="0" w:color="F1E9B4" w:themeColor="accent5" w:themeTint="BF"/>
          <w:bottom w:val="single" w:sz="8" w:space="0" w:color="F1E9B4" w:themeColor="accent5" w:themeTint="BF"/>
          <w:right w:val="single" w:sz="8" w:space="0" w:color="F1E9B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7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1E9B4" w:themeColor="accent6" w:themeTint="BF"/>
        <w:left w:val="single" w:sz="8" w:space="0" w:color="F1E9B4" w:themeColor="accent6" w:themeTint="BF"/>
        <w:bottom w:val="single" w:sz="8" w:space="0" w:color="F1E9B4" w:themeColor="accent6" w:themeTint="BF"/>
        <w:right w:val="single" w:sz="8" w:space="0" w:color="F1E9B4" w:themeColor="accent6" w:themeTint="BF"/>
        <w:insideH w:val="single" w:sz="8" w:space="0" w:color="F1E9B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8" w:space="0" w:color="F1E9B4" w:themeColor="accent6" w:themeTint="BF"/>
          <w:left w:val="single" w:sz="8" w:space="0" w:color="F1E9B4" w:themeColor="accent6" w:themeTint="BF"/>
          <w:bottom w:val="single" w:sz="8" w:space="0" w:color="F1E9B4" w:themeColor="accent6" w:themeTint="BF"/>
          <w:right w:val="single" w:sz="8" w:space="0" w:color="F1E9B4" w:themeColor="accent6" w:themeTint="BF"/>
          <w:insideH w:val="nil"/>
          <w:insideV w:val="nil"/>
        </w:tcBorders>
        <w:shd w:val="clear" w:color="auto" w:fill="EDE29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E9B4" w:themeColor="accent6" w:themeTint="BF"/>
          <w:left w:val="single" w:sz="8" w:space="0" w:color="F1E9B4" w:themeColor="accent6" w:themeTint="BF"/>
          <w:bottom w:val="single" w:sz="8" w:space="0" w:color="F1E9B4" w:themeColor="accent6" w:themeTint="BF"/>
          <w:right w:val="single" w:sz="8" w:space="0" w:color="F1E9B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7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E29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E29C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E29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E29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E29C" w:themeFill="accent2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E29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E29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E29C" w:themeFill="accent3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E29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E29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E29C" w:themeFill="accent4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E29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E29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E29C" w:themeFill="accent5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E29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E29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E29C" w:themeFill="accent6"/>
      </w:tcPr>
    </w:tblStylePr>
    <w:tblStylePr w:type="lastCol">
      <w:rPr>
        <w:b/>
        <w:bCs/>
        <w:color w:val="000000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E29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background1" w:themeFillShade="D8"/>
      </w:tcPr>
    </w:tblStylePr>
    <w:tblStylePr w:type="band1Horz">
      <w:tblPr/>
      <w:tcPr>
        <w:shd w:val="clear" w:color="auto" w:fill="000000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000000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4280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E29C" w:themeColor="accent1"/>
        <w:bottom w:val="single" w:sz="8" w:space="0" w:color="EDE29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E29C" w:themeColor="accent1"/>
        </w:tcBorders>
      </w:tcPr>
    </w:tblStylePr>
    <w:tblStylePr w:type="lastRow">
      <w:rPr>
        <w:b/>
        <w:bCs/>
        <w:color w:val="542804" w:themeColor="text2"/>
      </w:rPr>
      <w:tblPr/>
      <w:tcPr>
        <w:tcBorders>
          <w:top w:val="single" w:sz="8" w:space="0" w:color="EDE29C" w:themeColor="accent1"/>
          <w:bottom w:val="single" w:sz="8" w:space="0" w:color="EDE29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E29C" w:themeColor="accent1"/>
          <w:bottom w:val="single" w:sz="8" w:space="0" w:color="EDE29C" w:themeColor="accent1"/>
        </w:tcBorders>
      </w:tcPr>
    </w:tblStylePr>
    <w:tblStylePr w:type="band1Vert">
      <w:tblPr/>
      <w:tcPr>
        <w:shd w:val="clear" w:color="auto" w:fill="FAF7E6" w:themeFill="accent1" w:themeFillTint="3F"/>
      </w:tcPr>
    </w:tblStylePr>
    <w:tblStylePr w:type="band1Horz">
      <w:tblPr/>
      <w:tcPr>
        <w:shd w:val="clear" w:color="auto" w:fill="FAF7E6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E29C" w:themeColor="accent2"/>
        <w:bottom w:val="single" w:sz="8" w:space="0" w:color="EDE29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E29C" w:themeColor="accent2"/>
        </w:tcBorders>
      </w:tcPr>
    </w:tblStylePr>
    <w:tblStylePr w:type="lastRow">
      <w:rPr>
        <w:b/>
        <w:bCs/>
        <w:color w:val="542804" w:themeColor="text2"/>
      </w:rPr>
      <w:tblPr/>
      <w:tcPr>
        <w:tcBorders>
          <w:top w:val="single" w:sz="8" w:space="0" w:color="EDE29C" w:themeColor="accent2"/>
          <w:bottom w:val="single" w:sz="8" w:space="0" w:color="EDE29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E29C" w:themeColor="accent2"/>
          <w:bottom w:val="single" w:sz="8" w:space="0" w:color="EDE29C" w:themeColor="accent2"/>
        </w:tcBorders>
      </w:tcPr>
    </w:tblStylePr>
    <w:tblStylePr w:type="band1Vert">
      <w:tblPr/>
      <w:tcPr>
        <w:shd w:val="clear" w:color="auto" w:fill="FAF7E6" w:themeFill="accent2" w:themeFillTint="3F"/>
      </w:tcPr>
    </w:tblStylePr>
    <w:tblStylePr w:type="band1Horz">
      <w:tblPr/>
      <w:tcPr>
        <w:shd w:val="clear" w:color="auto" w:fill="FAF7E6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E29C" w:themeColor="accent3"/>
        <w:bottom w:val="single" w:sz="8" w:space="0" w:color="EDE29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E29C" w:themeColor="accent3"/>
        </w:tcBorders>
      </w:tcPr>
    </w:tblStylePr>
    <w:tblStylePr w:type="lastRow">
      <w:rPr>
        <w:b/>
        <w:bCs/>
        <w:color w:val="542804" w:themeColor="text2"/>
      </w:rPr>
      <w:tblPr/>
      <w:tcPr>
        <w:tcBorders>
          <w:top w:val="single" w:sz="8" w:space="0" w:color="EDE29C" w:themeColor="accent3"/>
          <w:bottom w:val="single" w:sz="8" w:space="0" w:color="EDE29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E29C" w:themeColor="accent3"/>
          <w:bottom w:val="single" w:sz="8" w:space="0" w:color="EDE29C" w:themeColor="accent3"/>
        </w:tcBorders>
      </w:tcPr>
    </w:tblStylePr>
    <w:tblStylePr w:type="band1Vert">
      <w:tblPr/>
      <w:tcPr>
        <w:shd w:val="clear" w:color="auto" w:fill="FAF7E6" w:themeFill="accent3" w:themeFillTint="3F"/>
      </w:tcPr>
    </w:tblStylePr>
    <w:tblStylePr w:type="band1Horz">
      <w:tblPr/>
      <w:tcPr>
        <w:shd w:val="clear" w:color="auto" w:fill="FAF7E6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E29C" w:themeColor="accent4"/>
        <w:bottom w:val="single" w:sz="8" w:space="0" w:color="EDE29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E29C" w:themeColor="accent4"/>
        </w:tcBorders>
      </w:tcPr>
    </w:tblStylePr>
    <w:tblStylePr w:type="lastRow">
      <w:rPr>
        <w:b/>
        <w:bCs/>
        <w:color w:val="542804" w:themeColor="text2"/>
      </w:rPr>
      <w:tblPr/>
      <w:tcPr>
        <w:tcBorders>
          <w:top w:val="single" w:sz="8" w:space="0" w:color="EDE29C" w:themeColor="accent4"/>
          <w:bottom w:val="single" w:sz="8" w:space="0" w:color="EDE29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E29C" w:themeColor="accent4"/>
          <w:bottom w:val="single" w:sz="8" w:space="0" w:color="EDE29C" w:themeColor="accent4"/>
        </w:tcBorders>
      </w:tcPr>
    </w:tblStylePr>
    <w:tblStylePr w:type="band1Vert">
      <w:tblPr/>
      <w:tcPr>
        <w:shd w:val="clear" w:color="auto" w:fill="FAF7E6" w:themeFill="accent4" w:themeFillTint="3F"/>
      </w:tcPr>
    </w:tblStylePr>
    <w:tblStylePr w:type="band1Horz">
      <w:tblPr/>
      <w:tcPr>
        <w:shd w:val="clear" w:color="auto" w:fill="FAF7E6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E29C" w:themeColor="accent5"/>
        <w:bottom w:val="single" w:sz="8" w:space="0" w:color="EDE29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E29C" w:themeColor="accent5"/>
        </w:tcBorders>
      </w:tcPr>
    </w:tblStylePr>
    <w:tblStylePr w:type="lastRow">
      <w:rPr>
        <w:b/>
        <w:bCs/>
        <w:color w:val="542804" w:themeColor="text2"/>
      </w:rPr>
      <w:tblPr/>
      <w:tcPr>
        <w:tcBorders>
          <w:top w:val="single" w:sz="8" w:space="0" w:color="EDE29C" w:themeColor="accent5"/>
          <w:bottom w:val="single" w:sz="8" w:space="0" w:color="EDE29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E29C" w:themeColor="accent5"/>
          <w:bottom w:val="single" w:sz="8" w:space="0" w:color="EDE29C" w:themeColor="accent5"/>
        </w:tcBorders>
      </w:tcPr>
    </w:tblStylePr>
    <w:tblStylePr w:type="band1Vert">
      <w:tblPr/>
      <w:tcPr>
        <w:shd w:val="clear" w:color="auto" w:fill="FAF7E6" w:themeFill="accent5" w:themeFillTint="3F"/>
      </w:tcPr>
    </w:tblStylePr>
    <w:tblStylePr w:type="band1Horz">
      <w:tblPr/>
      <w:tcPr>
        <w:shd w:val="clear" w:color="auto" w:fill="FAF7E6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E29C" w:themeColor="accent6"/>
        <w:bottom w:val="single" w:sz="8" w:space="0" w:color="EDE29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E29C" w:themeColor="accent6"/>
        </w:tcBorders>
      </w:tcPr>
    </w:tblStylePr>
    <w:tblStylePr w:type="lastRow">
      <w:rPr>
        <w:b/>
        <w:bCs/>
        <w:color w:val="542804" w:themeColor="text2"/>
      </w:rPr>
      <w:tblPr/>
      <w:tcPr>
        <w:tcBorders>
          <w:top w:val="single" w:sz="8" w:space="0" w:color="EDE29C" w:themeColor="accent6"/>
          <w:bottom w:val="single" w:sz="8" w:space="0" w:color="EDE29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E29C" w:themeColor="accent6"/>
          <w:bottom w:val="single" w:sz="8" w:space="0" w:color="EDE29C" w:themeColor="accent6"/>
        </w:tcBorders>
      </w:tcPr>
    </w:tblStylePr>
    <w:tblStylePr w:type="band1Vert">
      <w:tblPr/>
      <w:tcPr>
        <w:shd w:val="clear" w:color="auto" w:fill="FAF7E6" w:themeFill="accent6" w:themeFillTint="3F"/>
      </w:tcPr>
    </w:tblStylePr>
    <w:tblStylePr w:type="band1Horz">
      <w:tblPr/>
      <w:tcPr>
        <w:shd w:val="clear" w:color="auto" w:fill="FAF7E6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E29C" w:themeColor="accent1"/>
        <w:left w:val="single" w:sz="8" w:space="0" w:color="EDE29C" w:themeColor="accent1"/>
        <w:bottom w:val="single" w:sz="8" w:space="0" w:color="EDE29C" w:themeColor="accent1"/>
        <w:right w:val="single" w:sz="8" w:space="0" w:color="EDE29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E29C" w:themeColor="accent1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single" w:sz="8" w:space="0" w:color="EDE29C" w:themeColor="accen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E29C" w:themeColor="accent1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EDE29C" w:themeColor="accent1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7E6" w:themeFill="accent1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E29C" w:themeColor="accent2"/>
        <w:left w:val="single" w:sz="8" w:space="0" w:color="EDE29C" w:themeColor="accent2"/>
        <w:bottom w:val="single" w:sz="8" w:space="0" w:color="EDE29C" w:themeColor="accent2"/>
        <w:right w:val="single" w:sz="8" w:space="0" w:color="EDE29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E29C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single" w:sz="8" w:space="0" w:color="EDE29C" w:themeColor="accent2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E29C" w:themeColor="accent2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EDE29C" w:themeColor="accent2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7E6" w:themeFill="accent2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E29C" w:themeColor="accent3"/>
        <w:left w:val="single" w:sz="8" w:space="0" w:color="EDE29C" w:themeColor="accent3"/>
        <w:bottom w:val="single" w:sz="8" w:space="0" w:color="EDE29C" w:themeColor="accent3"/>
        <w:right w:val="single" w:sz="8" w:space="0" w:color="EDE29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E29C" w:themeColor="accent3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single" w:sz="8" w:space="0" w:color="EDE29C" w:themeColor="accent3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E29C" w:themeColor="accent3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EDE29C" w:themeColor="accent3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7E6" w:themeFill="accent3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E29C" w:themeColor="accent4"/>
        <w:left w:val="single" w:sz="8" w:space="0" w:color="EDE29C" w:themeColor="accent4"/>
        <w:bottom w:val="single" w:sz="8" w:space="0" w:color="EDE29C" w:themeColor="accent4"/>
        <w:right w:val="single" w:sz="8" w:space="0" w:color="EDE29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E29C" w:themeColor="accent4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single" w:sz="8" w:space="0" w:color="EDE29C" w:themeColor="accent4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E29C" w:themeColor="accent4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EDE29C" w:themeColor="accent4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7E6" w:themeFill="accent4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E29C" w:themeColor="accent5"/>
        <w:left w:val="single" w:sz="8" w:space="0" w:color="EDE29C" w:themeColor="accent5"/>
        <w:bottom w:val="single" w:sz="8" w:space="0" w:color="EDE29C" w:themeColor="accent5"/>
        <w:right w:val="single" w:sz="8" w:space="0" w:color="EDE29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E29C" w:themeColor="accent5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single" w:sz="8" w:space="0" w:color="EDE29C" w:themeColor="accent5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E29C" w:themeColor="accent5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EDE29C" w:themeColor="accent5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7E6" w:themeFill="accent5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E29C" w:themeColor="accent6"/>
        <w:left w:val="single" w:sz="8" w:space="0" w:color="EDE29C" w:themeColor="accent6"/>
        <w:bottom w:val="single" w:sz="8" w:space="0" w:color="EDE29C" w:themeColor="accent6"/>
        <w:right w:val="single" w:sz="8" w:space="0" w:color="EDE29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E29C" w:themeColor="accent6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tblPr/>
      <w:tcPr>
        <w:tcBorders>
          <w:top w:val="single" w:sz="8" w:space="0" w:color="EDE29C" w:themeColor="accent6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E29C" w:themeColor="accent6"/>
          <w:insideH w:val="nil"/>
          <w:insideV w:val="nil"/>
        </w:tcBorders>
        <w:shd w:val="clear" w:color="auto" w:fill="000000" w:themeFill="background1"/>
      </w:tcPr>
    </w:tblStylePr>
    <w:tblStylePr w:type="lastCol">
      <w:tblPr/>
      <w:tcPr>
        <w:tcBorders>
          <w:top w:val="nil"/>
          <w:left w:val="single" w:sz="8" w:space="0" w:color="EDE29C" w:themeColor="accent6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7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7E6" w:themeFill="accent6" w:themeFillTint="3F"/>
      </w:tcPr>
    </w:tblStylePr>
    <w:tblStylePr w:type="nwCell">
      <w:tblPr/>
      <w:tcPr>
        <w:shd w:val="clear" w:color="auto" w:fill="000000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1E9B4" w:themeColor="accent1" w:themeTint="BF"/>
        <w:left w:val="single" w:sz="8" w:space="0" w:color="F1E9B4" w:themeColor="accent1" w:themeTint="BF"/>
        <w:bottom w:val="single" w:sz="8" w:space="0" w:color="F1E9B4" w:themeColor="accent1" w:themeTint="BF"/>
        <w:right w:val="single" w:sz="8" w:space="0" w:color="F1E9B4" w:themeColor="accent1" w:themeTint="BF"/>
        <w:insideH w:val="single" w:sz="8" w:space="0" w:color="F1E9B4" w:themeColor="accent1" w:themeTint="BF"/>
        <w:insideV w:val="single" w:sz="8" w:space="0" w:color="F1E9B4" w:themeColor="accent1" w:themeTint="BF"/>
      </w:tblBorders>
    </w:tblPr>
    <w:tcPr>
      <w:shd w:val="clear" w:color="auto" w:fill="FAF7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E9B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0CD" w:themeFill="accent1" w:themeFillTint="7F"/>
      </w:tcPr>
    </w:tblStylePr>
    <w:tblStylePr w:type="band1Horz">
      <w:tblPr/>
      <w:tcPr>
        <w:shd w:val="clear" w:color="auto" w:fill="F6F0CD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1E9B4" w:themeColor="accent2" w:themeTint="BF"/>
        <w:left w:val="single" w:sz="8" w:space="0" w:color="F1E9B4" w:themeColor="accent2" w:themeTint="BF"/>
        <w:bottom w:val="single" w:sz="8" w:space="0" w:color="F1E9B4" w:themeColor="accent2" w:themeTint="BF"/>
        <w:right w:val="single" w:sz="8" w:space="0" w:color="F1E9B4" w:themeColor="accent2" w:themeTint="BF"/>
        <w:insideH w:val="single" w:sz="8" w:space="0" w:color="F1E9B4" w:themeColor="accent2" w:themeTint="BF"/>
        <w:insideV w:val="single" w:sz="8" w:space="0" w:color="F1E9B4" w:themeColor="accent2" w:themeTint="BF"/>
      </w:tblBorders>
    </w:tblPr>
    <w:tcPr>
      <w:shd w:val="clear" w:color="auto" w:fill="FAF7E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E9B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0CD" w:themeFill="accent2" w:themeFillTint="7F"/>
      </w:tcPr>
    </w:tblStylePr>
    <w:tblStylePr w:type="band1Horz">
      <w:tblPr/>
      <w:tcPr>
        <w:shd w:val="clear" w:color="auto" w:fill="F6F0CD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1E9B4" w:themeColor="accent3" w:themeTint="BF"/>
        <w:left w:val="single" w:sz="8" w:space="0" w:color="F1E9B4" w:themeColor="accent3" w:themeTint="BF"/>
        <w:bottom w:val="single" w:sz="8" w:space="0" w:color="F1E9B4" w:themeColor="accent3" w:themeTint="BF"/>
        <w:right w:val="single" w:sz="8" w:space="0" w:color="F1E9B4" w:themeColor="accent3" w:themeTint="BF"/>
        <w:insideH w:val="single" w:sz="8" w:space="0" w:color="F1E9B4" w:themeColor="accent3" w:themeTint="BF"/>
        <w:insideV w:val="single" w:sz="8" w:space="0" w:color="F1E9B4" w:themeColor="accent3" w:themeTint="BF"/>
      </w:tblBorders>
    </w:tblPr>
    <w:tcPr>
      <w:shd w:val="clear" w:color="auto" w:fill="FAF7E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E9B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0CD" w:themeFill="accent3" w:themeFillTint="7F"/>
      </w:tcPr>
    </w:tblStylePr>
    <w:tblStylePr w:type="band1Horz">
      <w:tblPr/>
      <w:tcPr>
        <w:shd w:val="clear" w:color="auto" w:fill="F6F0CD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1E9B4" w:themeColor="accent4" w:themeTint="BF"/>
        <w:left w:val="single" w:sz="8" w:space="0" w:color="F1E9B4" w:themeColor="accent4" w:themeTint="BF"/>
        <w:bottom w:val="single" w:sz="8" w:space="0" w:color="F1E9B4" w:themeColor="accent4" w:themeTint="BF"/>
        <w:right w:val="single" w:sz="8" w:space="0" w:color="F1E9B4" w:themeColor="accent4" w:themeTint="BF"/>
        <w:insideH w:val="single" w:sz="8" w:space="0" w:color="F1E9B4" w:themeColor="accent4" w:themeTint="BF"/>
        <w:insideV w:val="single" w:sz="8" w:space="0" w:color="F1E9B4" w:themeColor="accent4" w:themeTint="BF"/>
      </w:tblBorders>
    </w:tblPr>
    <w:tcPr>
      <w:shd w:val="clear" w:color="auto" w:fill="FAF7E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E9B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0CD" w:themeFill="accent4" w:themeFillTint="7F"/>
      </w:tcPr>
    </w:tblStylePr>
    <w:tblStylePr w:type="band1Horz">
      <w:tblPr/>
      <w:tcPr>
        <w:shd w:val="clear" w:color="auto" w:fill="F6F0CD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1E9B4" w:themeColor="accent5" w:themeTint="BF"/>
        <w:left w:val="single" w:sz="8" w:space="0" w:color="F1E9B4" w:themeColor="accent5" w:themeTint="BF"/>
        <w:bottom w:val="single" w:sz="8" w:space="0" w:color="F1E9B4" w:themeColor="accent5" w:themeTint="BF"/>
        <w:right w:val="single" w:sz="8" w:space="0" w:color="F1E9B4" w:themeColor="accent5" w:themeTint="BF"/>
        <w:insideH w:val="single" w:sz="8" w:space="0" w:color="F1E9B4" w:themeColor="accent5" w:themeTint="BF"/>
        <w:insideV w:val="single" w:sz="8" w:space="0" w:color="F1E9B4" w:themeColor="accent5" w:themeTint="BF"/>
      </w:tblBorders>
    </w:tblPr>
    <w:tcPr>
      <w:shd w:val="clear" w:color="auto" w:fill="FAF7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E9B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0CD" w:themeFill="accent5" w:themeFillTint="7F"/>
      </w:tcPr>
    </w:tblStylePr>
    <w:tblStylePr w:type="band1Horz">
      <w:tblPr/>
      <w:tcPr>
        <w:shd w:val="clear" w:color="auto" w:fill="F6F0CD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1E9B4" w:themeColor="accent6" w:themeTint="BF"/>
        <w:left w:val="single" w:sz="8" w:space="0" w:color="F1E9B4" w:themeColor="accent6" w:themeTint="BF"/>
        <w:bottom w:val="single" w:sz="8" w:space="0" w:color="F1E9B4" w:themeColor="accent6" w:themeTint="BF"/>
        <w:right w:val="single" w:sz="8" w:space="0" w:color="F1E9B4" w:themeColor="accent6" w:themeTint="BF"/>
        <w:insideH w:val="single" w:sz="8" w:space="0" w:color="F1E9B4" w:themeColor="accent6" w:themeTint="BF"/>
        <w:insideV w:val="single" w:sz="8" w:space="0" w:color="F1E9B4" w:themeColor="accent6" w:themeTint="BF"/>
      </w:tblBorders>
    </w:tblPr>
    <w:tcPr>
      <w:shd w:val="clear" w:color="auto" w:fill="FAF7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E9B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0CD" w:themeFill="accent6" w:themeFillTint="7F"/>
      </w:tcPr>
    </w:tblStylePr>
    <w:tblStylePr w:type="band1Horz">
      <w:tblPr/>
      <w:tcPr>
        <w:shd w:val="clear" w:color="auto" w:fill="F6F0CD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E29C" w:themeColor="accent1"/>
        <w:left w:val="single" w:sz="8" w:space="0" w:color="EDE29C" w:themeColor="accent1"/>
        <w:bottom w:val="single" w:sz="8" w:space="0" w:color="EDE29C" w:themeColor="accent1"/>
        <w:right w:val="single" w:sz="8" w:space="0" w:color="EDE29C" w:themeColor="accent1"/>
        <w:insideH w:val="single" w:sz="8" w:space="0" w:color="EDE29C" w:themeColor="accent1"/>
        <w:insideV w:val="single" w:sz="8" w:space="0" w:color="EDE29C" w:themeColor="accent1"/>
      </w:tblBorders>
    </w:tblPr>
    <w:tcPr>
      <w:shd w:val="clear" w:color="auto" w:fill="FAF7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EA" w:themeFill="accent1" w:themeFillTint="33"/>
      </w:tcPr>
    </w:tblStylePr>
    <w:tblStylePr w:type="band1Vert">
      <w:tblPr/>
      <w:tcPr>
        <w:shd w:val="clear" w:color="auto" w:fill="F6F0CD" w:themeFill="accent1" w:themeFillTint="7F"/>
      </w:tcPr>
    </w:tblStylePr>
    <w:tblStylePr w:type="band1Horz">
      <w:tblPr/>
      <w:tcPr>
        <w:tcBorders>
          <w:insideH w:val="single" w:sz="6" w:space="0" w:color="EDE29C" w:themeColor="accent1"/>
          <w:insideV w:val="single" w:sz="6" w:space="0" w:color="EDE29C" w:themeColor="accent1"/>
        </w:tcBorders>
        <w:shd w:val="clear" w:color="auto" w:fill="F6F0CD" w:themeFill="accent1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E29C" w:themeColor="accent2"/>
        <w:left w:val="single" w:sz="8" w:space="0" w:color="EDE29C" w:themeColor="accent2"/>
        <w:bottom w:val="single" w:sz="8" w:space="0" w:color="EDE29C" w:themeColor="accent2"/>
        <w:right w:val="single" w:sz="8" w:space="0" w:color="EDE29C" w:themeColor="accent2"/>
        <w:insideH w:val="single" w:sz="8" w:space="0" w:color="EDE29C" w:themeColor="accent2"/>
        <w:insideV w:val="single" w:sz="8" w:space="0" w:color="EDE29C" w:themeColor="accent2"/>
      </w:tblBorders>
    </w:tblPr>
    <w:tcPr>
      <w:shd w:val="clear" w:color="auto" w:fill="FAF7E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EA" w:themeFill="accent2" w:themeFillTint="33"/>
      </w:tcPr>
    </w:tblStylePr>
    <w:tblStylePr w:type="band1Vert">
      <w:tblPr/>
      <w:tcPr>
        <w:shd w:val="clear" w:color="auto" w:fill="F6F0CD" w:themeFill="accent2" w:themeFillTint="7F"/>
      </w:tcPr>
    </w:tblStylePr>
    <w:tblStylePr w:type="band1Horz">
      <w:tblPr/>
      <w:tcPr>
        <w:tcBorders>
          <w:insideH w:val="single" w:sz="6" w:space="0" w:color="EDE29C" w:themeColor="accent2"/>
          <w:insideV w:val="single" w:sz="6" w:space="0" w:color="EDE29C" w:themeColor="accent2"/>
        </w:tcBorders>
        <w:shd w:val="clear" w:color="auto" w:fill="F6F0CD" w:themeFill="accent2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E29C" w:themeColor="accent3"/>
        <w:left w:val="single" w:sz="8" w:space="0" w:color="EDE29C" w:themeColor="accent3"/>
        <w:bottom w:val="single" w:sz="8" w:space="0" w:color="EDE29C" w:themeColor="accent3"/>
        <w:right w:val="single" w:sz="8" w:space="0" w:color="EDE29C" w:themeColor="accent3"/>
        <w:insideH w:val="single" w:sz="8" w:space="0" w:color="EDE29C" w:themeColor="accent3"/>
        <w:insideV w:val="single" w:sz="8" w:space="0" w:color="EDE29C" w:themeColor="accent3"/>
      </w:tblBorders>
    </w:tblPr>
    <w:tcPr>
      <w:shd w:val="clear" w:color="auto" w:fill="FAF7E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EA" w:themeFill="accent3" w:themeFillTint="33"/>
      </w:tcPr>
    </w:tblStylePr>
    <w:tblStylePr w:type="band1Vert">
      <w:tblPr/>
      <w:tcPr>
        <w:shd w:val="clear" w:color="auto" w:fill="F6F0CD" w:themeFill="accent3" w:themeFillTint="7F"/>
      </w:tcPr>
    </w:tblStylePr>
    <w:tblStylePr w:type="band1Horz">
      <w:tblPr/>
      <w:tcPr>
        <w:tcBorders>
          <w:insideH w:val="single" w:sz="6" w:space="0" w:color="EDE29C" w:themeColor="accent3"/>
          <w:insideV w:val="single" w:sz="6" w:space="0" w:color="EDE29C" w:themeColor="accent3"/>
        </w:tcBorders>
        <w:shd w:val="clear" w:color="auto" w:fill="F6F0CD" w:themeFill="accent3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E29C" w:themeColor="accent4"/>
        <w:left w:val="single" w:sz="8" w:space="0" w:color="EDE29C" w:themeColor="accent4"/>
        <w:bottom w:val="single" w:sz="8" w:space="0" w:color="EDE29C" w:themeColor="accent4"/>
        <w:right w:val="single" w:sz="8" w:space="0" w:color="EDE29C" w:themeColor="accent4"/>
        <w:insideH w:val="single" w:sz="8" w:space="0" w:color="EDE29C" w:themeColor="accent4"/>
        <w:insideV w:val="single" w:sz="8" w:space="0" w:color="EDE29C" w:themeColor="accent4"/>
      </w:tblBorders>
    </w:tblPr>
    <w:tcPr>
      <w:shd w:val="clear" w:color="auto" w:fill="FAF7E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EA" w:themeFill="accent4" w:themeFillTint="33"/>
      </w:tcPr>
    </w:tblStylePr>
    <w:tblStylePr w:type="band1Vert">
      <w:tblPr/>
      <w:tcPr>
        <w:shd w:val="clear" w:color="auto" w:fill="F6F0CD" w:themeFill="accent4" w:themeFillTint="7F"/>
      </w:tcPr>
    </w:tblStylePr>
    <w:tblStylePr w:type="band1Horz">
      <w:tblPr/>
      <w:tcPr>
        <w:tcBorders>
          <w:insideH w:val="single" w:sz="6" w:space="0" w:color="EDE29C" w:themeColor="accent4"/>
          <w:insideV w:val="single" w:sz="6" w:space="0" w:color="EDE29C" w:themeColor="accent4"/>
        </w:tcBorders>
        <w:shd w:val="clear" w:color="auto" w:fill="F6F0CD" w:themeFill="accent4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E29C" w:themeColor="accent5"/>
        <w:left w:val="single" w:sz="8" w:space="0" w:color="EDE29C" w:themeColor="accent5"/>
        <w:bottom w:val="single" w:sz="8" w:space="0" w:color="EDE29C" w:themeColor="accent5"/>
        <w:right w:val="single" w:sz="8" w:space="0" w:color="EDE29C" w:themeColor="accent5"/>
        <w:insideH w:val="single" w:sz="8" w:space="0" w:color="EDE29C" w:themeColor="accent5"/>
        <w:insideV w:val="single" w:sz="8" w:space="0" w:color="EDE29C" w:themeColor="accent5"/>
      </w:tblBorders>
    </w:tblPr>
    <w:tcPr>
      <w:shd w:val="clear" w:color="auto" w:fill="FAF7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EA" w:themeFill="accent5" w:themeFillTint="33"/>
      </w:tcPr>
    </w:tblStylePr>
    <w:tblStylePr w:type="band1Vert">
      <w:tblPr/>
      <w:tcPr>
        <w:shd w:val="clear" w:color="auto" w:fill="F6F0CD" w:themeFill="accent5" w:themeFillTint="7F"/>
      </w:tcPr>
    </w:tblStylePr>
    <w:tblStylePr w:type="band1Horz">
      <w:tblPr/>
      <w:tcPr>
        <w:tcBorders>
          <w:insideH w:val="single" w:sz="6" w:space="0" w:color="EDE29C" w:themeColor="accent5"/>
          <w:insideV w:val="single" w:sz="6" w:space="0" w:color="EDE29C" w:themeColor="accent5"/>
        </w:tcBorders>
        <w:shd w:val="clear" w:color="auto" w:fill="F6F0CD" w:themeFill="accent5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E29C" w:themeColor="accent6"/>
        <w:left w:val="single" w:sz="8" w:space="0" w:color="EDE29C" w:themeColor="accent6"/>
        <w:bottom w:val="single" w:sz="8" w:space="0" w:color="EDE29C" w:themeColor="accent6"/>
        <w:right w:val="single" w:sz="8" w:space="0" w:color="EDE29C" w:themeColor="accent6"/>
        <w:insideH w:val="single" w:sz="8" w:space="0" w:color="EDE29C" w:themeColor="accent6"/>
        <w:insideV w:val="single" w:sz="8" w:space="0" w:color="EDE29C" w:themeColor="accent6"/>
      </w:tblBorders>
    </w:tblPr>
    <w:tcPr>
      <w:shd w:val="clear" w:color="auto" w:fill="FAF7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EA" w:themeFill="accent6" w:themeFillTint="33"/>
      </w:tcPr>
    </w:tblStylePr>
    <w:tblStylePr w:type="band1Vert">
      <w:tblPr/>
      <w:tcPr>
        <w:shd w:val="clear" w:color="auto" w:fill="F6F0CD" w:themeFill="accent6" w:themeFillTint="7F"/>
      </w:tcPr>
    </w:tblStylePr>
    <w:tblStylePr w:type="band1Horz">
      <w:tblPr/>
      <w:tcPr>
        <w:tcBorders>
          <w:insideH w:val="single" w:sz="6" w:space="0" w:color="EDE29C" w:themeColor="accent6"/>
          <w:insideV w:val="single" w:sz="6" w:space="0" w:color="EDE29C" w:themeColor="accent6"/>
        </w:tcBorders>
        <w:shd w:val="clear" w:color="auto" w:fill="F6F0CD" w:themeFill="accent6" w:themeFillTint="7F"/>
      </w:tcPr>
    </w:tblStylePr>
    <w:tblStylePr w:type="nwCell">
      <w:tblPr/>
      <w:tcPr>
        <w:shd w:val="clear" w:color="auto" w:fill="000000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AF7E6" w:themeFill="accent1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EDE29C" w:themeFill="accent1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EDE29C" w:themeFill="accent1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EDE29C" w:themeFill="accent1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EDE29C" w:themeFill="accent1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6F0CD" w:themeFill="accent1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6F0CD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AF7E6" w:themeFill="accent2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EDE29C" w:themeFill="accent2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EDE29C" w:themeFill="accent2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EDE29C" w:themeFill="accent2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EDE29C" w:themeFill="accent2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6F0CD" w:themeFill="accent2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6F0CD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AF7E6" w:themeFill="accent3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EDE29C" w:themeFill="accent3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EDE29C" w:themeFill="accent3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EDE29C" w:themeFill="accent3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EDE29C" w:themeFill="accent3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6F0CD" w:themeFill="accent3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6F0CD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AF7E6" w:themeFill="accent4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EDE29C" w:themeFill="accent4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EDE29C" w:themeFill="accent4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EDE29C" w:themeFill="accent4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EDE29C" w:themeFill="accent4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6F0CD" w:themeFill="accent4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6F0CD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AF7E6" w:themeFill="accent5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EDE29C" w:themeFill="accent5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EDE29C" w:themeFill="accent5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EDE29C" w:themeFill="accent5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EDE29C" w:themeFill="accent5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6F0CD" w:themeFill="accent5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6F0CD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background1"/>
        <w:left w:val="single" w:sz="8" w:space="0" w:color="000000" w:themeColor="background1"/>
        <w:bottom w:val="single" w:sz="8" w:space="0" w:color="000000" w:themeColor="background1"/>
        <w:right w:val="single" w:sz="8" w:space="0" w:color="000000" w:themeColor="background1"/>
        <w:insideH w:val="single" w:sz="6" w:space="0" w:color="000000" w:themeColor="background1"/>
        <w:insideV w:val="single" w:sz="6" w:space="0" w:color="000000" w:themeColor="background1"/>
      </w:tblBorders>
    </w:tblPr>
    <w:tcPr>
      <w:shd w:val="clear" w:color="auto" w:fill="FAF7E6" w:themeFill="accent6" w:themeFillTint="3F"/>
    </w:tcPr>
    <w:tblStylePr w:type="firstRow">
      <w:rPr>
        <w:b/>
        <w:bCs/>
        <w:i w:val="0"/>
        <w:iCs w:val="0"/>
        <w:color w:val="000000" w:themeColor="background1"/>
      </w:rPr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24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EDE29C" w:themeFill="accent6"/>
      </w:tcPr>
    </w:tblStylePr>
    <w:tblStylePr w:type="lastRow">
      <w:rPr>
        <w:b/>
        <w:bCs/>
        <w:i w:val="0"/>
        <w:iCs w:val="0"/>
        <w:color w:val="000000" w:themeColor="background1"/>
      </w:rPr>
      <w:tblPr/>
      <w:tcPr>
        <w:tcBorders>
          <w:top w:val="single" w:sz="24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single" w:sz="8" w:space="0" w:color="000000" w:themeColor="background1"/>
        </w:tcBorders>
        <w:shd w:val="clear" w:color="auto" w:fill="EDE29C" w:themeFill="accent6"/>
      </w:tcPr>
    </w:tblStylePr>
    <w:tblStylePr w:type="firstCol">
      <w:rPr>
        <w:b/>
        <w:bCs/>
        <w:i w:val="0"/>
        <w:iCs w:val="0"/>
        <w:color w:val="000000" w:themeColor="background1"/>
      </w:rPr>
      <w:tblPr/>
      <w:tcPr>
        <w:tcBorders>
          <w:left w:val="single" w:sz="8" w:space="0" w:color="000000" w:themeColor="background1"/>
          <w:right w:val="single" w:sz="24" w:space="0" w:color="000000" w:themeColor="background1"/>
          <w:insideH w:val="nil"/>
          <w:insideV w:val="nil"/>
        </w:tcBorders>
        <w:shd w:val="clear" w:color="auto" w:fill="EDE29C" w:themeFill="accent6"/>
      </w:tcPr>
    </w:tblStylePr>
    <w:tblStylePr w:type="lastCol">
      <w:rPr>
        <w:b/>
        <w:bCs/>
        <w:i w:val="0"/>
        <w:iCs w:val="0"/>
        <w:color w:val="000000" w:themeColor="background1"/>
      </w:rPr>
      <w:tblPr/>
      <w:tcPr>
        <w:tcBorders>
          <w:top w:val="nil"/>
          <w:left w:val="single" w:sz="24" w:space="0" w:color="000000" w:themeColor="background1"/>
          <w:bottom w:val="nil"/>
          <w:right w:val="nil"/>
          <w:insideH w:val="nil"/>
          <w:insideV w:val="nil"/>
        </w:tcBorders>
        <w:shd w:val="clear" w:color="auto" w:fill="EDE29C" w:themeFill="accent6"/>
      </w:tcPr>
    </w:tblStylePr>
    <w:tblStylePr w:type="band1Vert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nil"/>
          <w:insideV w:val="nil"/>
        </w:tcBorders>
        <w:shd w:val="clear" w:color="auto" w:fill="F6F0CD" w:themeFill="accent6" w:themeFillTint="7F"/>
      </w:tcPr>
    </w:tblStylePr>
    <w:tblStylePr w:type="band1Horz">
      <w:tblPr/>
      <w:tcPr>
        <w:tcBorders>
          <w:top w:val="single" w:sz="8" w:space="0" w:color="000000" w:themeColor="background1"/>
          <w:left w:val="single" w:sz="8" w:space="0" w:color="000000" w:themeColor="background1"/>
          <w:bottom w:val="single" w:sz="8" w:space="0" w:color="000000" w:themeColor="background1"/>
          <w:right w:val="single" w:sz="8" w:space="0" w:color="000000" w:themeColor="background1"/>
          <w:insideH w:val="single" w:sz="8" w:space="0" w:color="000000" w:themeColor="background1"/>
          <w:insideV w:val="single" w:sz="8" w:space="0" w:color="000000" w:themeColor="background1"/>
        </w:tcBorders>
        <w:shd w:val="clear" w:color="auto" w:fill="F6F0CD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EDE29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A5921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DDC948" w:themeFill="accent1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DDC94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94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948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EDE29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A5921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DDC948" w:themeFill="accent2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DDC94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94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948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EDE29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A592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DDC948" w:themeFill="accent3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DDC94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94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948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EDE29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A592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DDC948" w:themeFill="accent4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DDC9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9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948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EDE29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A5921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DDC948" w:themeFill="accent5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DDC94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94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948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000000" w:themeColor="background1"/>
    </w:rPr>
    <w:tblPr>
      <w:tblStyleRowBandSize w:val="1"/>
      <w:tblStyleColBandSize w:val="1"/>
    </w:tblPr>
    <w:tcPr>
      <w:shd w:val="clear" w:color="auto" w:fill="EDE29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000000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000000" w:themeColor="background1"/>
          <w:left w:val="nil"/>
          <w:bottom w:val="nil"/>
          <w:right w:val="nil"/>
          <w:insideH w:val="nil"/>
          <w:insideV w:val="nil"/>
        </w:tcBorders>
        <w:shd w:val="clear" w:color="auto" w:fill="A5921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000000" w:themeColor="background1"/>
          <w:insideH w:val="nil"/>
          <w:insideV w:val="nil"/>
        </w:tcBorders>
        <w:shd w:val="clear" w:color="auto" w:fill="DDC948" w:themeFill="accent6" w:themeFillShade="BF"/>
      </w:tcPr>
    </w:tblStylePr>
    <w:tblStylePr w:type="lastCol">
      <w:tblPr/>
      <w:tcPr>
        <w:tcBorders>
          <w:top w:val="nil"/>
          <w:left w:val="single" w:sz="18" w:space="0" w:color="000000" w:themeColor="background1"/>
          <w:bottom w:val="nil"/>
          <w:right w:val="nil"/>
          <w:insideH w:val="nil"/>
          <w:insideV w:val="nil"/>
        </w:tcBorders>
        <w:shd w:val="clear" w:color="auto" w:fill="DDC94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94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948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E29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E29C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000000" w:themeFill="text1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E29C" w:themeColor="accent2"/>
        <w:left w:val="single" w:sz="4" w:space="0" w:color="EDE29C" w:themeColor="accent1"/>
        <w:bottom w:val="single" w:sz="4" w:space="0" w:color="EDE29C" w:themeColor="accent1"/>
        <w:right w:val="single" w:sz="4" w:space="0" w:color="EDE29C" w:themeColor="accent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DFC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E29C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C7B024" w:themeFill="accent1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7B024" w:themeColor="accent1" w:themeShade="99"/>
          <w:insideV w:val="nil"/>
        </w:tcBorders>
        <w:shd w:val="clear" w:color="auto" w:fill="C7B024" w:themeFill="accent1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B024" w:themeFill="accent1" w:themeFillShade="99"/>
      </w:tcPr>
    </w:tblStylePr>
    <w:tblStylePr w:type="band1Vert">
      <w:tblPr/>
      <w:tcPr>
        <w:shd w:val="clear" w:color="auto" w:fill="F7F3D7" w:themeFill="accent1" w:themeFillTint="66"/>
      </w:tcPr>
    </w:tblStylePr>
    <w:tblStylePr w:type="band1Horz">
      <w:tblPr/>
      <w:tcPr>
        <w:shd w:val="clear" w:color="auto" w:fill="F6F0C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E29C" w:themeColor="accent2"/>
        <w:left w:val="single" w:sz="4" w:space="0" w:color="EDE29C" w:themeColor="accent2"/>
        <w:bottom w:val="single" w:sz="4" w:space="0" w:color="EDE29C" w:themeColor="accent2"/>
        <w:right w:val="single" w:sz="4" w:space="0" w:color="EDE29C" w:themeColor="accent2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DFC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E29C" w:themeColor="accent2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C7B024" w:themeFill="accent2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7B024" w:themeColor="accent2" w:themeShade="99"/>
          <w:insideV w:val="nil"/>
        </w:tcBorders>
        <w:shd w:val="clear" w:color="auto" w:fill="C7B024" w:themeFill="accent2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B024" w:themeFill="accent2" w:themeFillShade="99"/>
      </w:tcPr>
    </w:tblStylePr>
    <w:tblStylePr w:type="band1Vert">
      <w:tblPr/>
      <w:tcPr>
        <w:shd w:val="clear" w:color="auto" w:fill="F7F3D7" w:themeFill="accent2" w:themeFillTint="66"/>
      </w:tcPr>
    </w:tblStylePr>
    <w:tblStylePr w:type="band1Horz">
      <w:tblPr/>
      <w:tcPr>
        <w:shd w:val="clear" w:color="auto" w:fill="F6F0C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E29C" w:themeColor="accent4"/>
        <w:left w:val="single" w:sz="4" w:space="0" w:color="EDE29C" w:themeColor="accent3"/>
        <w:bottom w:val="single" w:sz="4" w:space="0" w:color="EDE29C" w:themeColor="accent3"/>
        <w:right w:val="single" w:sz="4" w:space="0" w:color="EDE29C" w:themeColor="accent3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DFC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E29C" w:themeColor="accent4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C7B024" w:themeFill="accent3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7B024" w:themeColor="accent3" w:themeShade="99"/>
          <w:insideV w:val="nil"/>
        </w:tcBorders>
        <w:shd w:val="clear" w:color="auto" w:fill="C7B024" w:themeFill="accent3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B024" w:themeFill="accent3" w:themeFillShade="99"/>
      </w:tcPr>
    </w:tblStylePr>
    <w:tblStylePr w:type="band1Vert">
      <w:tblPr/>
      <w:tcPr>
        <w:shd w:val="clear" w:color="auto" w:fill="F7F3D7" w:themeFill="accent3" w:themeFillTint="66"/>
      </w:tcPr>
    </w:tblStylePr>
    <w:tblStylePr w:type="band1Horz">
      <w:tblPr/>
      <w:tcPr>
        <w:shd w:val="clear" w:color="auto" w:fill="F6F0CD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E29C" w:themeColor="accent3"/>
        <w:left w:val="single" w:sz="4" w:space="0" w:color="EDE29C" w:themeColor="accent4"/>
        <w:bottom w:val="single" w:sz="4" w:space="0" w:color="EDE29C" w:themeColor="accent4"/>
        <w:right w:val="single" w:sz="4" w:space="0" w:color="EDE29C" w:themeColor="accent4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DFC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E29C" w:themeColor="accent3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C7B024" w:themeFill="accent4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7B024" w:themeColor="accent4" w:themeShade="99"/>
          <w:insideV w:val="nil"/>
        </w:tcBorders>
        <w:shd w:val="clear" w:color="auto" w:fill="C7B024" w:themeFill="accent4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B024" w:themeFill="accent4" w:themeFillShade="99"/>
      </w:tcPr>
    </w:tblStylePr>
    <w:tblStylePr w:type="band1Vert">
      <w:tblPr/>
      <w:tcPr>
        <w:shd w:val="clear" w:color="auto" w:fill="F7F3D7" w:themeFill="accent4" w:themeFillTint="66"/>
      </w:tcPr>
    </w:tblStylePr>
    <w:tblStylePr w:type="band1Horz">
      <w:tblPr/>
      <w:tcPr>
        <w:shd w:val="clear" w:color="auto" w:fill="F6F0C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E29C" w:themeColor="accent6"/>
        <w:left w:val="single" w:sz="4" w:space="0" w:color="EDE29C" w:themeColor="accent5"/>
        <w:bottom w:val="single" w:sz="4" w:space="0" w:color="EDE29C" w:themeColor="accent5"/>
        <w:right w:val="single" w:sz="4" w:space="0" w:color="EDE29C" w:themeColor="accent5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DFC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E29C" w:themeColor="accent6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C7B024" w:themeFill="accent5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7B024" w:themeColor="accent5" w:themeShade="99"/>
          <w:insideV w:val="nil"/>
        </w:tcBorders>
        <w:shd w:val="clear" w:color="auto" w:fill="C7B024" w:themeFill="accent5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B024" w:themeFill="accent5" w:themeFillShade="99"/>
      </w:tcPr>
    </w:tblStylePr>
    <w:tblStylePr w:type="band1Vert">
      <w:tblPr/>
      <w:tcPr>
        <w:shd w:val="clear" w:color="auto" w:fill="F7F3D7" w:themeFill="accent5" w:themeFillTint="66"/>
      </w:tcPr>
    </w:tblStylePr>
    <w:tblStylePr w:type="band1Horz">
      <w:tblPr/>
      <w:tcPr>
        <w:shd w:val="clear" w:color="auto" w:fill="F6F0C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E29C" w:themeColor="accent5"/>
        <w:left w:val="single" w:sz="4" w:space="0" w:color="EDE29C" w:themeColor="accent6"/>
        <w:bottom w:val="single" w:sz="4" w:space="0" w:color="EDE29C" w:themeColor="accent6"/>
        <w:right w:val="single" w:sz="4" w:space="0" w:color="EDE29C" w:themeColor="accent6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DFC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E29C" w:themeColor="accent5"/>
          <w:right w:val="nil"/>
          <w:insideH w:val="nil"/>
          <w:insideV w:val="nil"/>
        </w:tcBorders>
        <w:shd w:val="clear" w:color="auto" w:fill="000000" w:themeFill="background1"/>
      </w:tcPr>
    </w:tblStylePr>
    <w:tblStylePr w:type="lastRow">
      <w:rPr>
        <w:b/>
        <w:bCs/>
        <w:color w:val="000000" w:themeColor="background1"/>
      </w:rPr>
      <w:tblPr/>
      <w:tcPr>
        <w:tcBorders>
          <w:top w:val="single" w:sz="6" w:space="0" w:color="000000" w:themeColor="background1"/>
        </w:tcBorders>
        <w:shd w:val="clear" w:color="auto" w:fill="C7B024" w:themeFill="accent6" w:themeFillShade="99"/>
      </w:tcPr>
    </w:tblStylePr>
    <w:tblStylePr w:type="fir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7B024" w:themeColor="accent6" w:themeShade="99"/>
          <w:insideV w:val="nil"/>
        </w:tcBorders>
        <w:shd w:val="clear" w:color="auto" w:fill="C7B024" w:themeFill="accent6" w:themeFillShade="99"/>
      </w:tcPr>
    </w:tblStylePr>
    <w:tblStylePr w:type="lastCol">
      <w:rPr>
        <w:color w:val="000000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B024" w:themeFill="accent6" w:themeFillShade="99"/>
      </w:tcPr>
    </w:tblStylePr>
    <w:tblStylePr w:type="band1Vert">
      <w:tblPr/>
      <w:tcPr>
        <w:shd w:val="clear" w:color="auto" w:fill="F7F3D7" w:themeFill="accent6" w:themeFillTint="66"/>
      </w:tcPr>
    </w:tblStylePr>
    <w:tblStylePr w:type="band1Horz">
      <w:tblPr/>
      <w:tcPr>
        <w:shd w:val="clear" w:color="auto" w:fill="F6F0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E1CE59" w:themeFill="accent2" w:themeFillShade="CC"/>
      </w:tcPr>
    </w:tblStylePr>
    <w:tblStylePr w:type="lastRow">
      <w:rPr>
        <w:b/>
        <w:bCs/>
        <w:color w:val="E1CE5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CF5" w:themeFill="accent1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E1CE59" w:themeFill="accent2" w:themeFillShade="CC"/>
      </w:tcPr>
    </w:tblStylePr>
    <w:tblStylePr w:type="lastRow">
      <w:rPr>
        <w:b/>
        <w:bCs/>
        <w:color w:val="E1CE5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7E6" w:themeFill="accent1" w:themeFillTint="3F"/>
      </w:tcPr>
    </w:tblStylePr>
    <w:tblStylePr w:type="band1Horz">
      <w:tblPr/>
      <w:tcPr>
        <w:shd w:val="clear" w:color="auto" w:fill="FBF9EA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CF5" w:themeFill="accent2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E1CE59" w:themeFill="accent2" w:themeFillShade="CC"/>
      </w:tcPr>
    </w:tblStylePr>
    <w:tblStylePr w:type="lastRow">
      <w:rPr>
        <w:b/>
        <w:bCs/>
        <w:color w:val="E1CE5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7E6" w:themeFill="accent2" w:themeFillTint="3F"/>
      </w:tcPr>
    </w:tblStylePr>
    <w:tblStylePr w:type="band1Horz">
      <w:tblPr/>
      <w:tcPr>
        <w:shd w:val="clear" w:color="auto" w:fill="FBF9EA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CF5" w:themeFill="accent3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E1CE59" w:themeFill="accent4" w:themeFillShade="CC"/>
      </w:tcPr>
    </w:tblStylePr>
    <w:tblStylePr w:type="lastRow">
      <w:rPr>
        <w:b/>
        <w:bCs/>
        <w:color w:val="E1CE5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7E6" w:themeFill="accent3" w:themeFillTint="3F"/>
      </w:tcPr>
    </w:tblStylePr>
    <w:tblStylePr w:type="band1Horz">
      <w:tblPr/>
      <w:tcPr>
        <w:shd w:val="clear" w:color="auto" w:fill="FBF9EA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CF5" w:themeFill="accent4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E1CE59" w:themeFill="accent3" w:themeFillShade="CC"/>
      </w:tcPr>
    </w:tblStylePr>
    <w:tblStylePr w:type="lastRow">
      <w:rPr>
        <w:b/>
        <w:bCs/>
        <w:color w:val="E1CE5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7E6" w:themeFill="accent4" w:themeFillTint="3F"/>
      </w:tcPr>
    </w:tblStylePr>
    <w:tblStylePr w:type="band1Horz">
      <w:tblPr/>
      <w:tcPr>
        <w:shd w:val="clear" w:color="auto" w:fill="FBF9EA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CF5" w:themeFill="accent5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E1CE59" w:themeFill="accent6" w:themeFillShade="CC"/>
      </w:tcPr>
    </w:tblStylePr>
    <w:tblStylePr w:type="lastRow">
      <w:rPr>
        <w:b/>
        <w:bCs/>
        <w:color w:val="E1CE5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7E6" w:themeFill="accent5" w:themeFillTint="3F"/>
      </w:tcPr>
    </w:tblStylePr>
    <w:tblStylePr w:type="band1Horz">
      <w:tblPr/>
      <w:tcPr>
        <w:shd w:val="clear" w:color="auto" w:fill="FBF9EA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CF5" w:themeFill="accent6" w:themeFillTint="19"/>
    </w:tcPr>
    <w:tblStylePr w:type="firstRow">
      <w:rPr>
        <w:b/>
        <w:bCs/>
        <w:color w:val="000000" w:themeColor="background1"/>
      </w:rPr>
      <w:tblPr/>
      <w:tcPr>
        <w:tcBorders>
          <w:bottom w:val="single" w:sz="12" w:space="0" w:color="000000" w:themeColor="background1"/>
        </w:tcBorders>
        <w:shd w:val="clear" w:color="auto" w:fill="E1CE59" w:themeFill="accent5" w:themeFillShade="CC"/>
      </w:tcPr>
    </w:tblStylePr>
    <w:tblStylePr w:type="lastRow">
      <w:rPr>
        <w:b/>
        <w:bCs/>
        <w:color w:val="E1CE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000000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7E6" w:themeFill="accent6" w:themeFillTint="3F"/>
      </w:tcPr>
    </w:tblStylePr>
    <w:tblStylePr w:type="band1Horz">
      <w:tblPr/>
      <w:tcPr>
        <w:shd w:val="clear" w:color="auto" w:fill="FBF9EA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000000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000000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BF9EA" w:themeFill="accent1" w:themeFillTint="33"/>
    </w:tcPr>
    <w:tblStylePr w:type="firstRow">
      <w:rPr>
        <w:b/>
        <w:bCs/>
      </w:rPr>
      <w:tblPr/>
      <w:tcPr>
        <w:shd w:val="clear" w:color="auto" w:fill="F7F3D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3D7" w:themeFill="accent1" w:themeFillTint="66"/>
      </w:tcPr>
    </w:tblStylePr>
    <w:tblStylePr w:type="firstCol">
      <w:rPr>
        <w:color w:val="000000" w:themeColor="background1"/>
      </w:rPr>
      <w:tblPr/>
      <w:tcPr>
        <w:shd w:val="clear" w:color="auto" w:fill="DDC948" w:themeFill="accent1" w:themeFillShade="BF"/>
      </w:tcPr>
    </w:tblStylePr>
    <w:tblStylePr w:type="lastCol">
      <w:rPr>
        <w:color w:val="000000" w:themeColor="background1"/>
      </w:rPr>
      <w:tblPr/>
      <w:tcPr>
        <w:shd w:val="clear" w:color="auto" w:fill="DDC948" w:themeFill="accent1" w:themeFillShade="BF"/>
      </w:tcPr>
    </w:tblStylePr>
    <w:tblStylePr w:type="band1Vert">
      <w:tblPr/>
      <w:tcPr>
        <w:shd w:val="clear" w:color="auto" w:fill="F6F0CD" w:themeFill="accent1" w:themeFillTint="7F"/>
      </w:tcPr>
    </w:tblStylePr>
    <w:tblStylePr w:type="band1Horz">
      <w:tblPr/>
      <w:tcPr>
        <w:shd w:val="clear" w:color="auto" w:fill="F6F0CD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BF9EA" w:themeFill="accent2" w:themeFillTint="33"/>
    </w:tcPr>
    <w:tblStylePr w:type="firstRow">
      <w:rPr>
        <w:b/>
        <w:bCs/>
      </w:rPr>
      <w:tblPr/>
      <w:tcPr>
        <w:shd w:val="clear" w:color="auto" w:fill="F7F3D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3D7" w:themeFill="accent2" w:themeFillTint="66"/>
      </w:tcPr>
    </w:tblStylePr>
    <w:tblStylePr w:type="firstCol">
      <w:rPr>
        <w:color w:val="000000" w:themeColor="background1"/>
      </w:rPr>
      <w:tblPr/>
      <w:tcPr>
        <w:shd w:val="clear" w:color="auto" w:fill="DDC948" w:themeFill="accent2" w:themeFillShade="BF"/>
      </w:tcPr>
    </w:tblStylePr>
    <w:tblStylePr w:type="lastCol">
      <w:rPr>
        <w:color w:val="000000" w:themeColor="background1"/>
      </w:rPr>
      <w:tblPr/>
      <w:tcPr>
        <w:shd w:val="clear" w:color="auto" w:fill="DDC948" w:themeFill="accent2" w:themeFillShade="BF"/>
      </w:tcPr>
    </w:tblStylePr>
    <w:tblStylePr w:type="band1Vert">
      <w:tblPr/>
      <w:tcPr>
        <w:shd w:val="clear" w:color="auto" w:fill="F6F0CD" w:themeFill="accent2" w:themeFillTint="7F"/>
      </w:tcPr>
    </w:tblStylePr>
    <w:tblStylePr w:type="band1Horz">
      <w:tblPr/>
      <w:tcPr>
        <w:shd w:val="clear" w:color="auto" w:fill="F6F0CD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BF9EA" w:themeFill="accent3" w:themeFillTint="33"/>
    </w:tcPr>
    <w:tblStylePr w:type="firstRow">
      <w:rPr>
        <w:b/>
        <w:bCs/>
      </w:rPr>
      <w:tblPr/>
      <w:tcPr>
        <w:shd w:val="clear" w:color="auto" w:fill="F7F3D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3D7" w:themeFill="accent3" w:themeFillTint="66"/>
      </w:tcPr>
    </w:tblStylePr>
    <w:tblStylePr w:type="firstCol">
      <w:rPr>
        <w:color w:val="000000" w:themeColor="background1"/>
      </w:rPr>
      <w:tblPr/>
      <w:tcPr>
        <w:shd w:val="clear" w:color="auto" w:fill="DDC948" w:themeFill="accent3" w:themeFillShade="BF"/>
      </w:tcPr>
    </w:tblStylePr>
    <w:tblStylePr w:type="lastCol">
      <w:rPr>
        <w:color w:val="000000" w:themeColor="background1"/>
      </w:rPr>
      <w:tblPr/>
      <w:tcPr>
        <w:shd w:val="clear" w:color="auto" w:fill="DDC948" w:themeFill="accent3" w:themeFillShade="BF"/>
      </w:tcPr>
    </w:tblStylePr>
    <w:tblStylePr w:type="band1Vert">
      <w:tblPr/>
      <w:tcPr>
        <w:shd w:val="clear" w:color="auto" w:fill="F6F0CD" w:themeFill="accent3" w:themeFillTint="7F"/>
      </w:tcPr>
    </w:tblStylePr>
    <w:tblStylePr w:type="band1Horz">
      <w:tblPr/>
      <w:tcPr>
        <w:shd w:val="clear" w:color="auto" w:fill="F6F0CD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BF9EA" w:themeFill="accent4" w:themeFillTint="33"/>
    </w:tcPr>
    <w:tblStylePr w:type="firstRow">
      <w:rPr>
        <w:b/>
        <w:bCs/>
      </w:rPr>
      <w:tblPr/>
      <w:tcPr>
        <w:shd w:val="clear" w:color="auto" w:fill="F7F3D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3D7" w:themeFill="accent4" w:themeFillTint="66"/>
      </w:tcPr>
    </w:tblStylePr>
    <w:tblStylePr w:type="firstCol">
      <w:rPr>
        <w:color w:val="000000" w:themeColor="background1"/>
      </w:rPr>
      <w:tblPr/>
      <w:tcPr>
        <w:shd w:val="clear" w:color="auto" w:fill="DDC948" w:themeFill="accent4" w:themeFillShade="BF"/>
      </w:tcPr>
    </w:tblStylePr>
    <w:tblStylePr w:type="lastCol">
      <w:rPr>
        <w:color w:val="000000" w:themeColor="background1"/>
      </w:rPr>
      <w:tblPr/>
      <w:tcPr>
        <w:shd w:val="clear" w:color="auto" w:fill="DDC948" w:themeFill="accent4" w:themeFillShade="BF"/>
      </w:tcPr>
    </w:tblStylePr>
    <w:tblStylePr w:type="band1Vert">
      <w:tblPr/>
      <w:tcPr>
        <w:shd w:val="clear" w:color="auto" w:fill="F6F0CD" w:themeFill="accent4" w:themeFillTint="7F"/>
      </w:tcPr>
    </w:tblStylePr>
    <w:tblStylePr w:type="band1Horz">
      <w:tblPr/>
      <w:tcPr>
        <w:shd w:val="clear" w:color="auto" w:fill="F6F0CD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BF9EA" w:themeFill="accent5" w:themeFillTint="33"/>
    </w:tcPr>
    <w:tblStylePr w:type="firstRow">
      <w:rPr>
        <w:b/>
        <w:bCs/>
      </w:rPr>
      <w:tblPr/>
      <w:tcPr>
        <w:shd w:val="clear" w:color="auto" w:fill="F7F3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3D7" w:themeFill="accent5" w:themeFillTint="66"/>
      </w:tcPr>
    </w:tblStylePr>
    <w:tblStylePr w:type="firstCol">
      <w:rPr>
        <w:color w:val="000000" w:themeColor="background1"/>
      </w:rPr>
      <w:tblPr/>
      <w:tcPr>
        <w:shd w:val="clear" w:color="auto" w:fill="DDC948" w:themeFill="accent5" w:themeFillShade="BF"/>
      </w:tcPr>
    </w:tblStylePr>
    <w:tblStylePr w:type="lastCol">
      <w:rPr>
        <w:color w:val="000000" w:themeColor="background1"/>
      </w:rPr>
      <w:tblPr/>
      <w:tcPr>
        <w:shd w:val="clear" w:color="auto" w:fill="DDC948" w:themeFill="accent5" w:themeFillShade="BF"/>
      </w:tcPr>
    </w:tblStylePr>
    <w:tblStylePr w:type="band1Vert">
      <w:tblPr/>
      <w:tcPr>
        <w:shd w:val="clear" w:color="auto" w:fill="F6F0CD" w:themeFill="accent5" w:themeFillTint="7F"/>
      </w:tcPr>
    </w:tblStylePr>
    <w:tblStylePr w:type="band1Horz">
      <w:tblPr/>
      <w:tcPr>
        <w:shd w:val="clear" w:color="auto" w:fill="F6F0CD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000000" w:themeColor="background1"/>
      </w:tblBorders>
    </w:tblPr>
    <w:tcPr>
      <w:shd w:val="clear" w:color="auto" w:fill="FBF9EA" w:themeFill="accent6" w:themeFillTint="33"/>
    </w:tcPr>
    <w:tblStylePr w:type="firstRow">
      <w:rPr>
        <w:b/>
        <w:bCs/>
      </w:rPr>
      <w:tblPr/>
      <w:tcPr>
        <w:shd w:val="clear" w:color="auto" w:fill="F7F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3D7" w:themeFill="accent6" w:themeFillTint="66"/>
      </w:tcPr>
    </w:tblStylePr>
    <w:tblStylePr w:type="firstCol">
      <w:rPr>
        <w:color w:val="000000" w:themeColor="background1"/>
      </w:rPr>
      <w:tblPr/>
      <w:tcPr>
        <w:shd w:val="clear" w:color="auto" w:fill="DDC948" w:themeFill="accent6" w:themeFillShade="BF"/>
      </w:tcPr>
    </w:tblStylePr>
    <w:tblStylePr w:type="lastCol">
      <w:rPr>
        <w:color w:val="000000" w:themeColor="background1"/>
      </w:rPr>
      <w:tblPr/>
      <w:tcPr>
        <w:shd w:val="clear" w:color="auto" w:fill="DDC948" w:themeFill="accent6" w:themeFillShade="BF"/>
      </w:tcPr>
    </w:tblStylePr>
    <w:tblStylePr w:type="band1Vert">
      <w:tblPr/>
      <w:tcPr>
        <w:shd w:val="clear" w:color="auto" w:fill="F6F0CD" w:themeFill="accent6" w:themeFillTint="7F"/>
      </w:tcPr>
    </w:tblStylePr>
    <w:tblStylePr w:type="band1Horz">
      <w:tblPr/>
      <w:tcPr>
        <w:shd w:val="clear" w:color="auto" w:fill="F6F0CD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rgbClr val="000000"/>
      </a:lt1>
      <a:dk2>
        <a:srgbClr val="542804"/>
      </a:dk2>
      <a:lt2>
        <a:srgbClr val="542804"/>
      </a:lt2>
      <a:accent1>
        <a:srgbClr val="EDE29C"/>
      </a:accent1>
      <a:accent2>
        <a:srgbClr val="EDE29C"/>
      </a:accent2>
      <a:accent3>
        <a:srgbClr val="EDE29C"/>
      </a:accent3>
      <a:accent4>
        <a:srgbClr val="EDE29C"/>
      </a:accent4>
      <a:accent5>
        <a:srgbClr val="EDE29C"/>
      </a:accent5>
      <a:accent6>
        <a:srgbClr val="EDE29C"/>
      </a:accent6>
      <a:hlink>
        <a:srgbClr val="542804"/>
      </a:hlink>
      <a:folHlink>
        <a:srgbClr val="542804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Emma Stretton</cp:lastModifiedBy>
  <cp:revision>2</cp:revision>
  <dcterms:created xsi:type="dcterms:W3CDTF">2026-04-07T19:08:00Z</dcterms:created>
  <dcterms:modified xsi:type="dcterms:W3CDTF">2026-04-07T19:08:00Z</dcterms:modified>
  <cp:category/>
</cp:coreProperties>
</file>